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Patient Name: Jane Smith</w:t>
        <w:br/>
        <w:t>Date of Birth: 01/01/1980</w:t>
        <w:br/>
        <w:t>Medical Record Number: MRN123456</w:t>
        <w:br/>
        <w:t>Insurance ID: ABC123456</w:t>
        <w:br/>
        <w:t>Credit Card Number: XXXX-XXXX-XXXX-XXXX</w:t>
        <w:br/>
        <w:t>Hong Kong Identity Card Number: XXXXXXXXX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