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E1DCE" w14:textId="77777777" w:rsidR="00951EFD" w:rsidRDefault="00B83B3A">
      <w:pPr>
        <w:pStyle w:val="Title"/>
      </w:pPr>
      <w:r>
        <w:t>TEST plan</w:t>
      </w:r>
    </w:p>
    <w:p w14:paraId="0D6A4281" w14:textId="77777777" w:rsidR="00951EFD" w:rsidRDefault="00951EFD">
      <w:pPr>
        <w:pStyle w:val="BodyText"/>
      </w:pPr>
    </w:p>
    <w:p w14:paraId="4085FA19" w14:textId="77777777" w:rsidR="00951EFD" w:rsidRDefault="00B83B3A">
      <w:pPr>
        <w:pStyle w:val="Heading2"/>
      </w:pPr>
      <w:r>
        <w:t>Test purpose</w:t>
      </w:r>
    </w:p>
    <w:p w14:paraId="6ED86380" w14:textId="77777777" w:rsidR="00951EFD" w:rsidRDefault="00951EFD">
      <w:pPr>
        <w:pStyle w:val="BodyText"/>
      </w:pPr>
    </w:p>
    <w:p w14:paraId="7E6E1E35" w14:textId="77777777" w:rsidR="00951EFD" w:rsidRDefault="00B83B3A">
      <w:pPr>
        <w:pStyle w:val="ListNumber"/>
      </w:pPr>
      <w:r>
        <w:t>Validation on the input data and display appropriate error messages</w:t>
      </w:r>
    </w:p>
    <w:p w14:paraId="6189C911" w14:textId="77777777" w:rsidR="00951EFD" w:rsidRDefault="00B83B3A">
      <w:pPr>
        <w:pStyle w:val="ListNumber"/>
      </w:pPr>
      <w:r>
        <w:t>Test Plan with test cases and test results.</w:t>
      </w:r>
    </w:p>
    <w:p w14:paraId="7DF38E14" w14:textId="77777777" w:rsidR="00951EFD" w:rsidRDefault="00951EFD">
      <w:pPr>
        <w:pStyle w:val="BodyText"/>
      </w:pPr>
    </w:p>
    <w:p w14:paraId="44FCAB65" w14:textId="77777777" w:rsidR="00B05A60" w:rsidRDefault="00B05A60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039E8D9B" w14:textId="10987CE9" w:rsidR="00951EFD" w:rsidRDefault="00B83B3A">
      <w:pPr>
        <w:pStyle w:val="Heading2"/>
      </w:pPr>
      <w:r>
        <w:lastRenderedPageBreak/>
        <w:t>Test #1</w:t>
      </w:r>
    </w:p>
    <w:p w14:paraId="74AB1BFE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C95A811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35DD150" w14:textId="07B25579" w:rsidR="00951EFD" w:rsidRDefault="00895C25">
            <w:r>
              <w:t>Test details</w:t>
            </w:r>
          </w:p>
        </w:tc>
        <w:tc>
          <w:tcPr>
            <w:tcW w:w="4320" w:type="dxa"/>
          </w:tcPr>
          <w:p w14:paraId="2133D596" w14:textId="26821A39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440FBA5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45D8670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42FB76F7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"Applicant Name"</w:t>
            </w:r>
          </w:p>
        </w:tc>
      </w:tr>
      <w:tr w:rsidR="00951EFD" w14:paraId="3196F23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A6DA3C8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47918581" w14:textId="77777777" w:rsidR="006C6A19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"applicant name" field </w:t>
            </w:r>
            <w:r>
              <w:t>empty.</w:t>
            </w:r>
          </w:p>
          <w:p w14:paraId="4B30FE41" w14:textId="163923EC" w:rsidR="00951EFD" w:rsidRDefault="006C6A1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</w:tc>
      </w:tr>
      <w:tr w:rsidR="00951EFD" w14:paraId="3350F708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6D6B8FE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706CE36C" w14:textId="7492F8A0" w:rsidR="0019158F" w:rsidRDefault="00274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"name cannot empty."</w:t>
            </w:r>
          </w:p>
          <w:p w14:paraId="7683A4AA" w14:textId="1E7C7F44" w:rsidR="00951EFD" w:rsidRDefault="00274B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307B3D4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21CFB0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60296E59" w14:textId="789C8E1C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02E98FD4" w14:textId="77777777" w:rsidR="00951EFD" w:rsidRDefault="00951EFD">
      <w:pPr>
        <w:pStyle w:val="BodyText"/>
      </w:pPr>
    </w:p>
    <w:p w14:paraId="553F67BE" w14:textId="77777777" w:rsidR="00951EFD" w:rsidRDefault="00B83B3A">
      <w:pPr>
        <w:pStyle w:val="Heading2"/>
      </w:pPr>
      <w:r>
        <w:t>Screen capture</w:t>
      </w:r>
    </w:p>
    <w:p w14:paraId="7C7BD8E9" w14:textId="77777777" w:rsidR="00951EFD" w:rsidRDefault="00951EFD">
      <w:pPr>
        <w:pStyle w:val="BodyText"/>
      </w:pPr>
    </w:p>
    <w:p w14:paraId="1D90626A" w14:textId="4BEB43AA" w:rsidR="00951EFD" w:rsidRDefault="00B83B3A">
      <w:r>
        <w:rPr>
          <w:noProof/>
        </w:rPr>
        <w:drawing>
          <wp:inline distT="0" distB="0" distL="0" distR="0" wp14:anchorId="2C4AD2D7" wp14:editId="4D87599F">
            <wp:extent cx="2066543" cy="151790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6CAC">
        <w:t xml:space="preserve"> </w:t>
      </w:r>
      <w:r w:rsidR="00EE2AE1">
        <w:rPr>
          <w:noProof/>
        </w:rPr>
        <w:drawing>
          <wp:inline distT="0" distB="0" distL="0" distR="0" wp14:anchorId="1B8F9FF6" wp14:editId="11099BE0">
            <wp:extent cx="2066400" cy="1517760"/>
            <wp:effectExtent l="0" t="0" r="0" b="635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66400" cy="151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C3FDE" w14:textId="77777777" w:rsidR="00951EFD" w:rsidRDefault="00951EFD">
      <w:pPr>
        <w:pStyle w:val="BodyText"/>
      </w:pPr>
    </w:p>
    <w:p w14:paraId="68326076" w14:textId="77777777" w:rsidR="0034224C" w:rsidRDefault="0034224C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1CB0CCE" w14:textId="038A357B" w:rsidR="00951EFD" w:rsidRDefault="00B83B3A">
      <w:pPr>
        <w:pStyle w:val="Heading2"/>
      </w:pPr>
      <w:r>
        <w:lastRenderedPageBreak/>
        <w:t>Test #2</w:t>
      </w:r>
    </w:p>
    <w:p w14:paraId="05B6F68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3A8D977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71D7682" w14:textId="7B140CD9" w:rsidR="00951EFD" w:rsidRDefault="00FD0E19">
            <w:r>
              <w:t>Test details</w:t>
            </w:r>
          </w:p>
        </w:tc>
        <w:tc>
          <w:tcPr>
            <w:tcW w:w="4320" w:type="dxa"/>
          </w:tcPr>
          <w:p w14:paraId="205839A9" w14:textId="4DC9EE06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4ECEBEE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FAB989A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650A14D9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"Applicant Email"</w:t>
            </w:r>
          </w:p>
        </w:tc>
      </w:tr>
      <w:tr w:rsidR="00951EFD" w14:paraId="4E72E58D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C7F2166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753497E5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leave "applicant email" field empty.</w:t>
            </w:r>
          </w:p>
          <w:p w14:paraId="643132B3" w14:textId="48BDA787" w:rsidR="00951EFD" w:rsidRDefault="00A2471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</w:tc>
      </w:tr>
      <w:tr w:rsidR="00951EFD" w14:paraId="1DB045A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8DD3AF9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046E2C90" w14:textId="1E899DBA" w:rsidR="00A2471B" w:rsidRDefault="00A247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"email field cannot empty."</w:t>
            </w:r>
          </w:p>
          <w:p w14:paraId="4A2C39C0" w14:textId="4020BB8C" w:rsidR="00951EFD" w:rsidRDefault="00A247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 xml:space="preserve">he error MessageBox appears </w:t>
            </w:r>
            <w:r w:rsidR="00B83B3A">
              <w:t>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68D7823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6DF044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2AA72231" w14:textId="342C6337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2EAAB48C" w14:textId="77777777" w:rsidR="00951EFD" w:rsidRDefault="00951EFD">
      <w:pPr>
        <w:pStyle w:val="BodyText"/>
      </w:pPr>
    </w:p>
    <w:p w14:paraId="65DD266A" w14:textId="77777777" w:rsidR="00951EFD" w:rsidRDefault="00B83B3A">
      <w:pPr>
        <w:pStyle w:val="Heading2"/>
      </w:pPr>
      <w:r>
        <w:t>Screen capture</w:t>
      </w:r>
    </w:p>
    <w:p w14:paraId="70179C41" w14:textId="77777777" w:rsidR="00951EFD" w:rsidRDefault="00951EFD">
      <w:pPr>
        <w:pStyle w:val="BodyText"/>
      </w:pPr>
    </w:p>
    <w:p w14:paraId="1918B13D" w14:textId="4DA3EA9E" w:rsidR="00951EFD" w:rsidRDefault="00B83B3A">
      <w:r>
        <w:rPr>
          <w:noProof/>
        </w:rPr>
        <w:drawing>
          <wp:inline distT="0" distB="0" distL="0" distR="0" wp14:anchorId="53DF610A" wp14:editId="3B9AA8D4">
            <wp:extent cx="2066543" cy="15179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74BB1F2" wp14:editId="6DF65E16">
            <wp:extent cx="2066543" cy="151790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2_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4283B" w14:textId="77777777" w:rsidR="00951EFD" w:rsidRDefault="00951EFD">
      <w:pPr>
        <w:pStyle w:val="BodyText"/>
      </w:pPr>
    </w:p>
    <w:p w14:paraId="71C0078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E984CAE" w14:textId="246C81E6" w:rsidR="00951EFD" w:rsidRDefault="00B83B3A">
      <w:pPr>
        <w:pStyle w:val="Heading2"/>
      </w:pPr>
      <w:r>
        <w:lastRenderedPageBreak/>
        <w:t>Test #3</w:t>
      </w:r>
    </w:p>
    <w:p w14:paraId="23C2829C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A201F7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8195483" w14:textId="67EFDE50" w:rsidR="00951EFD" w:rsidRDefault="00A272DD">
            <w:r>
              <w:t>Test details</w:t>
            </w:r>
          </w:p>
        </w:tc>
        <w:tc>
          <w:tcPr>
            <w:tcW w:w="4320" w:type="dxa"/>
          </w:tcPr>
          <w:p w14:paraId="7ECC2E7B" w14:textId="332A56DC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618B0732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64F386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64DF31EC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"Date of Birth"</w:t>
            </w:r>
          </w:p>
        </w:tc>
      </w:tr>
      <w:tr w:rsidR="00951EFD" w14:paraId="760F2191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D9FE88D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31DAB16B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leave "date of birth" field empty. </w:t>
            </w:r>
          </w:p>
          <w:p w14:paraId="6AA92576" w14:textId="74C96C1D" w:rsidR="00951EFD" w:rsidRDefault="00945E1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 xml:space="preserve">. Click "Next" </w:t>
            </w:r>
            <w:r w:rsidR="00B83B3A">
              <w:t>button</w:t>
            </w:r>
          </w:p>
        </w:tc>
      </w:tr>
      <w:tr w:rsidR="00951EFD" w14:paraId="7E58EFB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87A1A0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65523946" w14:textId="77198657" w:rsidR="00A2471B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"dob field cannot empty."</w:t>
            </w:r>
          </w:p>
          <w:p w14:paraId="17504AF9" w14:textId="03AE8715" w:rsidR="00951EFD" w:rsidRDefault="00945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29995BB4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4F2628E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51BBB847" w14:textId="2CCE78D9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7B5FCF0B" w14:textId="77777777" w:rsidR="00951EFD" w:rsidRDefault="00951EFD">
      <w:pPr>
        <w:pStyle w:val="BodyText"/>
      </w:pPr>
    </w:p>
    <w:p w14:paraId="2596E437" w14:textId="77777777" w:rsidR="00951EFD" w:rsidRDefault="00B83B3A">
      <w:pPr>
        <w:pStyle w:val="Heading2"/>
      </w:pPr>
      <w:r>
        <w:t>Screen capture</w:t>
      </w:r>
    </w:p>
    <w:p w14:paraId="28BDD857" w14:textId="77777777" w:rsidR="00951EFD" w:rsidRDefault="00951EFD">
      <w:pPr>
        <w:pStyle w:val="BodyText"/>
      </w:pPr>
    </w:p>
    <w:p w14:paraId="1C5EB3A1" w14:textId="60BFEAA8" w:rsidR="00951EFD" w:rsidRDefault="00B83B3A">
      <w:r>
        <w:rPr>
          <w:noProof/>
        </w:rPr>
        <w:drawing>
          <wp:inline distT="0" distB="0" distL="0" distR="0" wp14:anchorId="1F8475A5" wp14:editId="37A1F3F6">
            <wp:extent cx="2066543" cy="15179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3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5B1906F9" wp14:editId="6A2D59CB">
            <wp:extent cx="2066543" cy="15179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3_1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DE00E" w14:textId="77777777" w:rsidR="00951EFD" w:rsidRDefault="00951EFD">
      <w:pPr>
        <w:pStyle w:val="BodyText"/>
      </w:pPr>
    </w:p>
    <w:p w14:paraId="5AC3142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D297E9C" w14:textId="3D9A1276" w:rsidR="00951EFD" w:rsidRDefault="00B83B3A">
      <w:pPr>
        <w:pStyle w:val="Heading2"/>
      </w:pPr>
      <w:r>
        <w:lastRenderedPageBreak/>
        <w:t>Test #4</w:t>
      </w:r>
    </w:p>
    <w:p w14:paraId="2BEAF486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4A7175CA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FB387F4" w14:textId="1624E475" w:rsidR="00951EFD" w:rsidRDefault="00917401">
            <w:r>
              <w:t>Test details</w:t>
            </w:r>
          </w:p>
        </w:tc>
        <w:tc>
          <w:tcPr>
            <w:tcW w:w="4320" w:type="dxa"/>
          </w:tcPr>
          <w:p w14:paraId="55737C39" w14:textId="60345623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2493BC9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DC0B37A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64B23B24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Institution Name</w:t>
            </w:r>
          </w:p>
        </w:tc>
      </w:tr>
      <w:tr w:rsidR="00951EFD" w14:paraId="500DA0E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2B748B2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108F6923" w14:textId="0EF85AF5" w:rsidR="004E3292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</w:t>
            </w:r>
            <w:r w:rsidR="004E3292">
              <w:t>finish “Personal information page”</w:t>
            </w:r>
          </w:p>
          <w:p w14:paraId="323C4372" w14:textId="44CFE168" w:rsidR="00A2471B" w:rsidRDefault="004E32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2. </w:t>
            </w:r>
            <w:r w:rsidR="00B83B3A">
              <w:t xml:space="preserve">leave "Institution Name" field empty </w:t>
            </w:r>
          </w:p>
          <w:p w14:paraId="5C6CABF4" w14:textId="0B1F8EC2" w:rsidR="00951EFD" w:rsidRDefault="004E32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 w:rsidR="00B83B3A">
              <w:t>. Click "Next" button</w:t>
            </w:r>
          </w:p>
        </w:tc>
      </w:tr>
      <w:tr w:rsidR="00951EFD" w14:paraId="1688127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5E3BCE1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51B982FA" w14:textId="1A1F7781" w:rsidR="00A2471B" w:rsidRDefault="00646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</w:t>
            </w:r>
            <w:r w:rsidR="005D0DDB">
              <w:t>institution name field cannot empty</w:t>
            </w:r>
            <w:r w:rsidR="00B83B3A">
              <w:t>."</w:t>
            </w:r>
          </w:p>
          <w:p w14:paraId="7CD1C539" w14:textId="778695F3" w:rsidR="00951EFD" w:rsidRDefault="00646F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5865BF7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D395BAF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1C7F3D77" w14:textId="5BBFD0DA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527026A1" w14:textId="77777777" w:rsidR="00951EFD" w:rsidRDefault="00951EFD">
      <w:pPr>
        <w:pStyle w:val="BodyText"/>
      </w:pPr>
    </w:p>
    <w:p w14:paraId="3386D0DF" w14:textId="77777777" w:rsidR="00951EFD" w:rsidRDefault="00B83B3A">
      <w:pPr>
        <w:pStyle w:val="Heading2"/>
      </w:pPr>
      <w:r>
        <w:t>Screen capture</w:t>
      </w:r>
    </w:p>
    <w:p w14:paraId="5607C171" w14:textId="77777777" w:rsidR="00951EFD" w:rsidRDefault="00951EFD">
      <w:pPr>
        <w:pStyle w:val="BodyText"/>
      </w:pPr>
    </w:p>
    <w:p w14:paraId="1C328E59" w14:textId="314E29CB" w:rsidR="00951EFD" w:rsidRDefault="00B83B3A">
      <w:r>
        <w:rPr>
          <w:noProof/>
        </w:rPr>
        <w:drawing>
          <wp:inline distT="0" distB="0" distL="0" distR="0" wp14:anchorId="68DAAAB1" wp14:editId="27D3425C">
            <wp:extent cx="2066543" cy="151790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6EA59923" wp14:editId="61F0CC1F">
            <wp:extent cx="2066543" cy="151790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4_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BAA72" w14:textId="77777777" w:rsidR="00951EFD" w:rsidRDefault="00951EFD">
      <w:pPr>
        <w:pStyle w:val="BodyText"/>
      </w:pPr>
    </w:p>
    <w:p w14:paraId="686066CA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3B16C782" w14:textId="1EA62EDC" w:rsidR="00951EFD" w:rsidRDefault="00B83B3A">
      <w:pPr>
        <w:pStyle w:val="Heading2"/>
      </w:pPr>
      <w:r>
        <w:lastRenderedPageBreak/>
        <w:t>Test #5</w:t>
      </w:r>
    </w:p>
    <w:p w14:paraId="73F095D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106BC82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FB28F6F" w14:textId="3966402D" w:rsidR="00951EFD" w:rsidRDefault="00FA33E6">
            <w:r>
              <w:t>Test details</w:t>
            </w:r>
          </w:p>
        </w:tc>
        <w:tc>
          <w:tcPr>
            <w:tcW w:w="4320" w:type="dxa"/>
          </w:tcPr>
          <w:p w14:paraId="3035863E" w14:textId="7BD69DD5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62BD63D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1EB1D0C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03C61FC4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Programme Title</w:t>
            </w:r>
          </w:p>
        </w:tc>
      </w:tr>
      <w:tr w:rsidR="00951EFD" w14:paraId="64910E5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AC0D71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23AEEB1D" w14:textId="77777777" w:rsidR="00BF30F9" w:rsidRDefault="00BF30F9" w:rsidP="00BF30F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finish “Personal information page”</w:t>
            </w:r>
          </w:p>
          <w:p w14:paraId="104A99F4" w14:textId="75E1B7FD" w:rsidR="00A2471B" w:rsidRDefault="00BF30F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 xml:space="preserve">. leave "Programme Title" field empty </w:t>
            </w:r>
          </w:p>
          <w:p w14:paraId="618C75D3" w14:textId="47D92D1C" w:rsidR="00951EFD" w:rsidRDefault="00BF30F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 w:rsidR="00B83B3A">
              <w:t>. Click "Next" button</w:t>
            </w:r>
          </w:p>
        </w:tc>
      </w:tr>
      <w:tr w:rsidR="00951EFD" w14:paraId="2FA5A36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BDF447F" w14:textId="77777777" w:rsidR="00951EFD" w:rsidRDefault="00B83B3A">
            <w:r>
              <w:t xml:space="preserve">Expected </w:t>
            </w:r>
            <w:r>
              <w:t>Output</w:t>
            </w:r>
          </w:p>
        </w:tc>
        <w:tc>
          <w:tcPr>
            <w:tcW w:w="4320" w:type="dxa"/>
          </w:tcPr>
          <w:p w14:paraId="4EB33B4C" w14:textId="442A089B" w:rsidR="00A2471B" w:rsidRDefault="003C2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</w:t>
            </w:r>
            <w:r w:rsidR="00A44835">
              <w:t>programme title field cannot empty</w:t>
            </w:r>
            <w:r w:rsidR="00B83B3A">
              <w:t>."</w:t>
            </w:r>
          </w:p>
          <w:p w14:paraId="2F537469" w14:textId="0A8456A3" w:rsidR="00951EFD" w:rsidRDefault="003C2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77B0707D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07B9126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1F7C1EA5" w14:textId="15DB4547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6D85ADE" w14:textId="77777777" w:rsidR="00951EFD" w:rsidRDefault="00951EFD">
      <w:pPr>
        <w:pStyle w:val="BodyText"/>
      </w:pPr>
    </w:p>
    <w:p w14:paraId="7522C4A5" w14:textId="77777777" w:rsidR="00951EFD" w:rsidRDefault="00B83B3A">
      <w:pPr>
        <w:pStyle w:val="Heading2"/>
      </w:pPr>
      <w:r>
        <w:t>Screen capture</w:t>
      </w:r>
    </w:p>
    <w:p w14:paraId="51DEF184" w14:textId="77777777" w:rsidR="00951EFD" w:rsidRDefault="00951EFD">
      <w:pPr>
        <w:pStyle w:val="BodyText"/>
      </w:pPr>
    </w:p>
    <w:p w14:paraId="1E8685EC" w14:textId="3C33D9B3" w:rsidR="00951EFD" w:rsidRDefault="00B83B3A">
      <w:r>
        <w:rPr>
          <w:noProof/>
        </w:rPr>
        <w:drawing>
          <wp:inline distT="0" distB="0" distL="0" distR="0" wp14:anchorId="6DD3BD91" wp14:editId="6F1C4AA0">
            <wp:extent cx="2066543" cy="151790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5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2B67CC25" wp14:editId="480F7032">
            <wp:extent cx="2066543" cy="151790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5_1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C83C8" w14:textId="77777777" w:rsidR="00951EFD" w:rsidRDefault="00951EFD">
      <w:pPr>
        <w:pStyle w:val="BodyText"/>
      </w:pPr>
    </w:p>
    <w:p w14:paraId="4D5506FA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5E8495A" w14:textId="2C33767B" w:rsidR="00951EFD" w:rsidRDefault="00B83B3A">
      <w:pPr>
        <w:pStyle w:val="Heading2"/>
      </w:pPr>
      <w:r>
        <w:lastRenderedPageBreak/>
        <w:t>Test #6</w:t>
      </w:r>
    </w:p>
    <w:p w14:paraId="5B52D64A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15B9F15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3F3B17F" w14:textId="6A24DC55" w:rsidR="00951EFD" w:rsidRDefault="00B21867">
            <w:r>
              <w:t>Test details</w:t>
            </w:r>
          </w:p>
        </w:tc>
        <w:tc>
          <w:tcPr>
            <w:tcW w:w="4320" w:type="dxa"/>
          </w:tcPr>
          <w:p w14:paraId="06ED1C19" w14:textId="776FF679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7BCA3DC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2F2C4B7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76718362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GPA</w:t>
            </w:r>
          </w:p>
        </w:tc>
      </w:tr>
      <w:tr w:rsidR="00951EFD" w14:paraId="2EBF3F0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B22E1B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7E701A84" w14:textId="77777777" w:rsidR="00523DB8" w:rsidRDefault="00523DB8" w:rsidP="00523DB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finish “Personal information page”</w:t>
            </w:r>
          </w:p>
          <w:p w14:paraId="2E76471F" w14:textId="41217674" w:rsidR="00A2471B" w:rsidRDefault="00523DB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 xml:space="preserve">. leave "GPA" field empty </w:t>
            </w:r>
          </w:p>
          <w:p w14:paraId="069F77B0" w14:textId="52E928A4" w:rsidR="00951EFD" w:rsidRDefault="00523DB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 w:rsidR="00B83B3A">
              <w:t>. Click "Next" button</w:t>
            </w:r>
          </w:p>
        </w:tc>
      </w:tr>
      <w:tr w:rsidR="00951EFD" w14:paraId="2A6E5A1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9E2C4B0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4FDF157F" w14:textId="40AE7069" w:rsidR="00A2471B" w:rsidRDefault="000805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</w:t>
            </w:r>
            <w:r w:rsidR="00A12298">
              <w:t>GPA field cannot empty</w:t>
            </w:r>
            <w:r w:rsidR="00B83B3A">
              <w:t>."</w:t>
            </w:r>
          </w:p>
          <w:p w14:paraId="0BA09485" w14:textId="1BCC06D3" w:rsidR="00951EFD" w:rsidRDefault="000805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51ABF0EF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6838297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5E35D151" w14:textId="6ED55967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C46D8DD" w14:textId="77777777" w:rsidR="00951EFD" w:rsidRDefault="00951EFD">
      <w:pPr>
        <w:pStyle w:val="BodyText"/>
      </w:pPr>
    </w:p>
    <w:p w14:paraId="54FA8088" w14:textId="77777777" w:rsidR="00951EFD" w:rsidRDefault="00B83B3A">
      <w:pPr>
        <w:pStyle w:val="Heading2"/>
      </w:pPr>
      <w:r>
        <w:t>Screen capture</w:t>
      </w:r>
    </w:p>
    <w:p w14:paraId="2921D0FA" w14:textId="77777777" w:rsidR="00951EFD" w:rsidRDefault="00951EFD">
      <w:pPr>
        <w:pStyle w:val="BodyText"/>
      </w:pPr>
    </w:p>
    <w:p w14:paraId="60BEDE59" w14:textId="2265DF65" w:rsidR="00951EFD" w:rsidRDefault="00B83B3A">
      <w:r>
        <w:rPr>
          <w:noProof/>
        </w:rPr>
        <w:drawing>
          <wp:inline distT="0" distB="0" distL="0" distR="0" wp14:anchorId="13501651" wp14:editId="0274E757">
            <wp:extent cx="2066543" cy="151790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6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59DB93C6" wp14:editId="57C10259">
            <wp:extent cx="2066543" cy="151790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6_1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4E04A" w14:textId="77777777" w:rsidR="00951EFD" w:rsidRDefault="00951EFD">
      <w:pPr>
        <w:pStyle w:val="BodyText"/>
      </w:pPr>
    </w:p>
    <w:p w14:paraId="329B09DE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9FD41A9" w14:textId="3937F411" w:rsidR="00951EFD" w:rsidRDefault="00B83B3A">
      <w:pPr>
        <w:pStyle w:val="Heading2"/>
      </w:pPr>
      <w:r>
        <w:lastRenderedPageBreak/>
        <w:t>Test #7</w:t>
      </w:r>
    </w:p>
    <w:p w14:paraId="63CCD4DF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1AF48B91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0F5F1B" w14:textId="502ED6DA" w:rsidR="00951EFD" w:rsidRDefault="006C29AB">
            <w:r>
              <w:t>Test details</w:t>
            </w:r>
          </w:p>
        </w:tc>
        <w:tc>
          <w:tcPr>
            <w:tcW w:w="4320" w:type="dxa"/>
          </w:tcPr>
          <w:p w14:paraId="1CC05E76" w14:textId="0E4AB2C4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75D21E0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29B0415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7FF85B43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Missing Expected Graduation Year</w:t>
            </w:r>
          </w:p>
        </w:tc>
      </w:tr>
      <w:tr w:rsidR="00951EFD" w14:paraId="0CF9693F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D7337C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39FD1708" w14:textId="77777777" w:rsidR="005B1618" w:rsidRDefault="005B1618" w:rsidP="005B16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finish “Personal information page”</w:t>
            </w:r>
          </w:p>
          <w:p w14:paraId="44B8C3C9" w14:textId="6BCDA7FF" w:rsidR="00A2471B" w:rsidRDefault="005B16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 xml:space="preserve">. leave "Expected Graduation Year" field </w:t>
            </w:r>
            <w:r w:rsidR="00B83B3A">
              <w:t>e</w:t>
            </w:r>
            <w:r w:rsidR="00B83B3A">
              <w:t xml:space="preserve">mpty </w:t>
            </w:r>
          </w:p>
          <w:p w14:paraId="12DEEB66" w14:textId="25196EB0" w:rsidR="00951EFD" w:rsidRDefault="005B16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 w:rsidR="00B83B3A">
              <w:t>. Click "Next" button</w:t>
            </w:r>
          </w:p>
        </w:tc>
      </w:tr>
      <w:tr w:rsidR="00951EFD" w14:paraId="13339A5E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7474A69" w14:textId="77777777" w:rsidR="00951EFD" w:rsidRDefault="00B83B3A">
            <w:r>
              <w:t xml:space="preserve">Expected </w:t>
            </w:r>
            <w:r>
              <w:t>Output</w:t>
            </w:r>
          </w:p>
        </w:tc>
        <w:tc>
          <w:tcPr>
            <w:tcW w:w="4320" w:type="dxa"/>
          </w:tcPr>
          <w:p w14:paraId="34FDF875" w14:textId="7FDC35F2" w:rsidR="00A2471B" w:rsidRDefault="00D25C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</w:t>
            </w:r>
            <w:r w:rsidR="00680F5C">
              <w:t>Expected graduation year field cannot empty</w:t>
            </w:r>
            <w:r w:rsidR="00B83B3A">
              <w:t>."</w:t>
            </w:r>
          </w:p>
          <w:p w14:paraId="64FE84A5" w14:textId="465B42FE" w:rsidR="00951EFD" w:rsidRDefault="00D25C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7408D4CA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DB5B541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7EF765C9" w14:textId="177C2F84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11D8447E" w14:textId="77777777" w:rsidR="00951EFD" w:rsidRDefault="00951EFD">
      <w:pPr>
        <w:pStyle w:val="BodyText"/>
      </w:pPr>
    </w:p>
    <w:p w14:paraId="30C85A09" w14:textId="77777777" w:rsidR="00951EFD" w:rsidRDefault="00B83B3A">
      <w:pPr>
        <w:pStyle w:val="Heading2"/>
      </w:pPr>
      <w:r>
        <w:t>Screen capture</w:t>
      </w:r>
    </w:p>
    <w:p w14:paraId="1132D0F5" w14:textId="77777777" w:rsidR="00951EFD" w:rsidRDefault="00951EFD">
      <w:pPr>
        <w:pStyle w:val="BodyText"/>
      </w:pPr>
    </w:p>
    <w:p w14:paraId="225AC856" w14:textId="55E2711B" w:rsidR="00951EFD" w:rsidRDefault="00B83B3A">
      <w:r>
        <w:rPr>
          <w:noProof/>
        </w:rPr>
        <w:drawing>
          <wp:inline distT="0" distB="0" distL="0" distR="0" wp14:anchorId="228404FF" wp14:editId="3DC07D5C">
            <wp:extent cx="2066543" cy="151790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7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C95FA48" wp14:editId="40AF570D">
            <wp:extent cx="2066543" cy="1517903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7_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44D2F" w14:textId="77777777" w:rsidR="00951EFD" w:rsidRDefault="00951EFD">
      <w:pPr>
        <w:pStyle w:val="BodyText"/>
      </w:pPr>
    </w:p>
    <w:p w14:paraId="4459DC3C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78D1B18D" w14:textId="4ECA5CE0" w:rsidR="00951EFD" w:rsidRDefault="00B83B3A">
      <w:pPr>
        <w:pStyle w:val="Heading2"/>
      </w:pPr>
      <w:r>
        <w:lastRenderedPageBreak/>
        <w:t>Test #8</w:t>
      </w:r>
    </w:p>
    <w:p w14:paraId="1F95783E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ECE6A12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32AC7A" w14:textId="2FED16BE" w:rsidR="00951EFD" w:rsidRDefault="00F60AA9">
            <w:r>
              <w:t>Test details</w:t>
            </w:r>
          </w:p>
        </w:tc>
        <w:tc>
          <w:tcPr>
            <w:tcW w:w="4320" w:type="dxa"/>
          </w:tcPr>
          <w:p w14:paraId="670FA8DF" w14:textId="63DD945F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722F3AE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FC8266E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2C772766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Showing summary if all input field fullfilled</w:t>
            </w:r>
          </w:p>
        </w:tc>
      </w:tr>
      <w:tr w:rsidR="00951EFD" w14:paraId="334B45A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8F4DC96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189FF121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filling all required information in "Personal Information" </w:t>
            </w:r>
          </w:p>
          <w:p w14:paraId="4B49F116" w14:textId="7891C394" w:rsidR="00A2471B" w:rsidRDefault="004719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</w:t>
            </w:r>
            <w:r>
              <w:t>k</w:t>
            </w:r>
            <w:r w:rsidR="00B83B3A">
              <w:t xml:space="preserve"> "Next" button </w:t>
            </w:r>
          </w:p>
          <w:p w14:paraId="5BBF41CE" w14:textId="4F40EAA9" w:rsidR="00A2471B" w:rsidRDefault="004719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  <w:r w:rsidR="00B83B3A">
              <w:t xml:space="preserve">. Filling all required information in"Higher Diploma Information" windows. </w:t>
            </w:r>
          </w:p>
          <w:p w14:paraId="32D01BE6" w14:textId="5F16E592" w:rsidR="00A2471B" w:rsidRDefault="004719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</w:t>
            </w:r>
            <w:r w:rsidR="00B83B3A">
              <w:t xml:space="preserve">. Click "Next" </w:t>
            </w:r>
            <w:r w:rsidR="00B83B3A">
              <w:t>button</w:t>
            </w:r>
          </w:p>
          <w:p w14:paraId="04BF206A" w14:textId="26116166" w:rsidR="00951EFD" w:rsidRDefault="0047199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  <w:r w:rsidR="00B83B3A">
              <w:t>. click "show" button to show summary</w:t>
            </w:r>
          </w:p>
        </w:tc>
      </w:tr>
      <w:tr w:rsidR="00951EFD" w14:paraId="18D3A3E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9BB9B30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5D3D6EE1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finally the summary window showing information in the page inputted before</w:t>
            </w:r>
          </w:p>
        </w:tc>
      </w:tr>
      <w:tr w:rsidR="00951EFD" w14:paraId="21E4EE23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A43998E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5E669EBF" w14:textId="793779EE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66908C01" w14:textId="77777777" w:rsidR="00951EFD" w:rsidRDefault="00951EFD">
      <w:pPr>
        <w:pStyle w:val="BodyText"/>
      </w:pPr>
    </w:p>
    <w:p w14:paraId="5257F3A7" w14:textId="77777777" w:rsidR="00951EFD" w:rsidRDefault="00B83B3A">
      <w:pPr>
        <w:pStyle w:val="Heading2"/>
      </w:pPr>
      <w:r>
        <w:t>Screen capture</w:t>
      </w:r>
    </w:p>
    <w:p w14:paraId="132B4016" w14:textId="77777777" w:rsidR="00951EFD" w:rsidRDefault="00951EFD">
      <w:pPr>
        <w:pStyle w:val="BodyText"/>
      </w:pPr>
    </w:p>
    <w:p w14:paraId="03620639" w14:textId="4FBA19A7" w:rsidR="00951EFD" w:rsidRDefault="00B83B3A">
      <w:r>
        <w:rPr>
          <w:noProof/>
        </w:rPr>
        <w:drawing>
          <wp:inline distT="0" distB="0" distL="0" distR="0" wp14:anchorId="21AB5EB9" wp14:editId="465DA03F">
            <wp:extent cx="2066543" cy="151790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1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0D95DD7" wp14:editId="7DF1C97C">
            <wp:extent cx="2066543" cy="151790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2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57612" w14:textId="77777777" w:rsidR="00951EFD" w:rsidRDefault="00951EFD">
      <w:pPr>
        <w:pStyle w:val="BodyText"/>
      </w:pPr>
    </w:p>
    <w:p w14:paraId="5F29B81C" w14:textId="50DEBE61" w:rsidR="00951EFD" w:rsidRDefault="00B83B3A">
      <w:r>
        <w:rPr>
          <w:noProof/>
        </w:rPr>
        <w:drawing>
          <wp:inline distT="0" distB="0" distL="0" distR="0" wp14:anchorId="3FCB85B8" wp14:editId="7DD5BE6E">
            <wp:extent cx="2066543" cy="1517903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3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0BF772F5" wp14:editId="2F01D12F">
            <wp:extent cx="2066543" cy="151790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8_4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8F34B" w14:textId="77777777" w:rsidR="00951EFD" w:rsidRDefault="00951EFD">
      <w:pPr>
        <w:pStyle w:val="BodyText"/>
      </w:pPr>
    </w:p>
    <w:p w14:paraId="3AA11620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46EA7E61" w14:textId="0C3A7B83" w:rsidR="00951EFD" w:rsidRDefault="00B83B3A">
      <w:pPr>
        <w:pStyle w:val="Heading2"/>
      </w:pPr>
      <w:r>
        <w:lastRenderedPageBreak/>
        <w:t>Test #9</w:t>
      </w:r>
    </w:p>
    <w:p w14:paraId="2CFF2BED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581090B2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444F106" w14:textId="6F1E296F" w:rsidR="00951EFD" w:rsidRDefault="004D5D42">
            <w:r>
              <w:t>Test details</w:t>
            </w:r>
          </w:p>
        </w:tc>
        <w:tc>
          <w:tcPr>
            <w:tcW w:w="4320" w:type="dxa"/>
          </w:tcPr>
          <w:p w14:paraId="73DF496B" w14:textId="698E6586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4B23A4D9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8BDC33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268B5AB5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Date of birth should be in the past</w:t>
            </w:r>
          </w:p>
        </w:tc>
      </w:tr>
      <w:tr w:rsidR="00951EFD" w14:paraId="11622353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1780388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2F89D5A8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 day after today to the "date of birth" field </w:t>
            </w:r>
          </w:p>
          <w:p w14:paraId="642C450E" w14:textId="7D262BE0" w:rsidR="00951EFD" w:rsidRDefault="00543A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next button</w:t>
            </w:r>
          </w:p>
        </w:tc>
      </w:tr>
      <w:tr w:rsidR="00951EFD" w14:paraId="7E66BC2F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CF1D694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1DB7A38C" w14:textId="2949AD6A" w:rsidR="00A2471B" w:rsidRDefault="00543A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 xml:space="preserve">The error MessageBox appears "DOB: the day entered is </w:t>
            </w:r>
            <w:r w:rsidR="00B83B3A">
              <w:t>latter than today."</w:t>
            </w:r>
          </w:p>
          <w:p w14:paraId="64C1EB24" w14:textId="67C6B188" w:rsidR="00951EFD" w:rsidRDefault="00543A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5AB33AD9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4E5DCC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4771255D" w14:textId="1C8E72F5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28E57D69" w14:textId="77777777" w:rsidR="00951EFD" w:rsidRDefault="00951EFD">
      <w:pPr>
        <w:pStyle w:val="BodyText"/>
      </w:pPr>
    </w:p>
    <w:p w14:paraId="0708F22D" w14:textId="77777777" w:rsidR="00951EFD" w:rsidRDefault="00B83B3A">
      <w:pPr>
        <w:pStyle w:val="Heading2"/>
      </w:pPr>
      <w:r>
        <w:t>Screen capture</w:t>
      </w:r>
    </w:p>
    <w:p w14:paraId="7D3F5154" w14:textId="77777777" w:rsidR="00951EFD" w:rsidRDefault="00951EFD">
      <w:pPr>
        <w:pStyle w:val="BodyText"/>
      </w:pPr>
    </w:p>
    <w:p w14:paraId="5ECEB651" w14:textId="47F4DC79" w:rsidR="00951EFD" w:rsidRDefault="00B83B3A">
      <w:r>
        <w:rPr>
          <w:noProof/>
        </w:rPr>
        <w:drawing>
          <wp:inline distT="0" distB="0" distL="0" distR="0" wp14:anchorId="73C2CA0B" wp14:editId="12CDFD43">
            <wp:extent cx="2066543" cy="151790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9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0379B129" wp14:editId="6E8E1FC0">
            <wp:extent cx="2066543" cy="1517903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9_1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51832" w14:textId="77777777" w:rsidR="00951EFD" w:rsidRDefault="00951EFD">
      <w:pPr>
        <w:pStyle w:val="BodyText"/>
      </w:pPr>
    </w:p>
    <w:p w14:paraId="75F42A74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7EEDF6AC" w14:textId="17BAD7C4" w:rsidR="00951EFD" w:rsidRDefault="00B83B3A">
      <w:pPr>
        <w:pStyle w:val="Heading2"/>
      </w:pPr>
      <w:r>
        <w:lastRenderedPageBreak/>
        <w:t>Test #10</w:t>
      </w:r>
    </w:p>
    <w:p w14:paraId="0A1D33C0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61636BCB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D570B9E" w14:textId="6C723DBB" w:rsidR="00951EFD" w:rsidRDefault="004E1E81">
            <w:r>
              <w:t>Test details</w:t>
            </w:r>
          </w:p>
        </w:tc>
        <w:tc>
          <w:tcPr>
            <w:tcW w:w="4320" w:type="dxa"/>
          </w:tcPr>
          <w:p w14:paraId="2F656F16" w14:textId="366D5B9E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49357C7B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E2B2B8E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1932B424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 entered should be valid</w:t>
            </w:r>
          </w:p>
        </w:tc>
      </w:tr>
      <w:tr w:rsidR="00951EFD" w14:paraId="5B454A2B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3F54564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7EDA8171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an invalid email </w:t>
            </w:r>
            <w:proofErr w:type="gramStart"/>
            <w:r>
              <w:t>e.g.</w:t>
            </w:r>
            <w:proofErr w:type="gramEnd"/>
            <w:r>
              <w:t xml:space="preserve"> "ankitrai326.com" </w:t>
            </w:r>
          </w:p>
          <w:p w14:paraId="1373C47A" w14:textId="2230E74B" w:rsidR="00951EFD" w:rsidRDefault="00B4388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</w:tc>
      </w:tr>
      <w:tr w:rsidR="00951EFD" w14:paraId="29F0D1F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C3B4943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7F306CD1" w14:textId="77777777" w:rsidR="00951EFD" w:rsidRDefault="006C10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>The error MessageBox appears "email format error</w:t>
            </w:r>
            <w:r w:rsidR="00924F84">
              <w:t xml:space="preserve">, </w:t>
            </w:r>
            <w:r w:rsidR="00924F84">
              <w:t>it should be email."</w:t>
            </w:r>
          </w:p>
          <w:p w14:paraId="5976498F" w14:textId="223F0C0A" w:rsidR="00384778" w:rsidRDefault="00384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DA23F4" w:rsidRPr="00DA23F4">
              <w:t>The error MessageBox appears "</w:t>
            </w:r>
            <w:r w:rsidR="00BC23CD">
              <w:t>Please fill the missing fields</w:t>
            </w:r>
            <w:r w:rsidR="00DA23F4" w:rsidRPr="00DA23F4">
              <w:t>."</w:t>
            </w:r>
          </w:p>
        </w:tc>
      </w:tr>
      <w:tr w:rsidR="00951EFD" w14:paraId="6DEEA989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B38A22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00C703EF" w14:textId="66A17066" w:rsidR="00951EFD" w:rsidRDefault="0068437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Pr="00A2471B">
              <w:rPr>
                <w:strike/>
              </w:rPr>
              <w:t>Fail</w:t>
            </w:r>
          </w:p>
        </w:tc>
      </w:tr>
    </w:tbl>
    <w:p w14:paraId="77EAD212" w14:textId="77777777" w:rsidR="00951EFD" w:rsidRDefault="00951EFD">
      <w:pPr>
        <w:pStyle w:val="BodyText"/>
      </w:pPr>
    </w:p>
    <w:p w14:paraId="0689F81A" w14:textId="77777777" w:rsidR="00951EFD" w:rsidRDefault="00B83B3A">
      <w:pPr>
        <w:pStyle w:val="Heading2"/>
      </w:pPr>
      <w:r>
        <w:t>Screen capture</w:t>
      </w:r>
    </w:p>
    <w:p w14:paraId="45B71C13" w14:textId="77777777" w:rsidR="00951EFD" w:rsidRDefault="00951EFD">
      <w:pPr>
        <w:pStyle w:val="BodyText"/>
      </w:pPr>
    </w:p>
    <w:p w14:paraId="2D441745" w14:textId="197BC8C6" w:rsidR="009D006F" w:rsidRDefault="00881E35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rPr>
          <w:noProof/>
        </w:rPr>
        <w:drawing>
          <wp:inline distT="0" distB="0" distL="0" distR="0" wp14:anchorId="793171B0" wp14:editId="6F6FFC94">
            <wp:extent cx="2066400" cy="1517760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66400" cy="151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  <w:t xml:space="preserve"> </w:t>
      </w:r>
      <w:r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6"/>
          <w:szCs w:val="26"/>
        </w:rPr>
        <w:drawing>
          <wp:inline distT="0" distB="0" distL="0" distR="0" wp14:anchorId="02203FA2" wp14:editId="573CCE4A">
            <wp:extent cx="2066400" cy="1517760"/>
            <wp:effectExtent l="0" t="0" r="0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66400" cy="151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B30A4" w14:textId="77777777" w:rsidR="00881E35" w:rsidRDefault="00881E35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1CBCD022" w14:textId="3CD20874" w:rsidR="00951EFD" w:rsidRDefault="00B83B3A">
      <w:pPr>
        <w:pStyle w:val="Heading2"/>
      </w:pPr>
      <w:r>
        <w:lastRenderedPageBreak/>
        <w:t>Test #11</w:t>
      </w:r>
    </w:p>
    <w:p w14:paraId="128969EB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0E608CDD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CB10D60" w14:textId="1EA64EC7" w:rsidR="00951EFD" w:rsidRDefault="00E95A12">
            <w:r>
              <w:t>Test details</w:t>
            </w:r>
          </w:p>
        </w:tc>
        <w:tc>
          <w:tcPr>
            <w:tcW w:w="4320" w:type="dxa"/>
          </w:tcPr>
          <w:p w14:paraId="6F5AEDC5" w14:textId="3FAA1CC1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1E3A5CF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908BC26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4F26CAAE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GPA should be a number / decimal</w:t>
            </w:r>
          </w:p>
        </w:tc>
      </w:tr>
      <w:tr w:rsidR="00951EFD" w14:paraId="243C3492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00E1F57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05508B22" w14:textId="580571BC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enter a non numeric value </w:t>
            </w:r>
            <w:r w:rsidR="0064528A">
              <w:t>(</w:t>
            </w:r>
            <w:proofErr w:type="gramStart"/>
            <w:r w:rsidR="0064528A">
              <w:t>e.g.</w:t>
            </w:r>
            <w:proofErr w:type="gramEnd"/>
            <w:r w:rsidR="0064528A">
              <w:t xml:space="preserve"> a) </w:t>
            </w:r>
            <w:r>
              <w:t xml:space="preserve">into "GPA" field </w:t>
            </w:r>
          </w:p>
          <w:p w14:paraId="78D526BE" w14:textId="1FB765F7" w:rsidR="00951EFD" w:rsidRDefault="00F1369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</w:tc>
      </w:tr>
      <w:tr w:rsidR="00951EFD" w14:paraId="3720C10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4B98E18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6C6ADB24" w14:textId="20923B54" w:rsidR="00A2471B" w:rsidRDefault="00257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1. </w:t>
            </w:r>
            <w:r w:rsidR="00B83B3A">
              <w:t xml:space="preserve">The error </w:t>
            </w:r>
            <w:r w:rsidR="00B83B3A">
              <w:t>MessageBox appears "GPA field should be a number."</w:t>
            </w:r>
          </w:p>
          <w:p w14:paraId="4D8D0C61" w14:textId="71D10CAE" w:rsidR="00951EFD" w:rsidRDefault="00257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2. </w:t>
            </w:r>
            <w:r w:rsidR="00B83B3A">
              <w:t>T</w:t>
            </w:r>
            <w:r w:rsidR="00B83B3A">
              <w:t>he error MessageBox appears "</w:t>
            </w:r>
            <w:r w:rsidR="00BC23CD">
              <w:t>Please fill the missing fields</w:t>
            </w:r>
            <w:r w:rsidR="00B83B3A">
              <w:t>."</w:t>
            </w:r>
          </w:p>
        </w:tc>
      </w:tr>
      <w:tr w:rsidR="00951EFD" w14:paraId="4254BC56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E99F092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72AF18BB" w14:textId="1FC9FCEC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47CA1991" w14:textId="77777777" w:rsidR="00951EFD" w:rsidRDefault="00951EFD">
      <w:pPr>
        <w:pStyle w:val="BodyText"/>
      </w:pPr>
    </w:p>
    <w:p w14:paraId="2F439FDA" w14:textId="77777777" w:rsidR="00951EFD" w:rsidRDefault="00B83B3A">
      <w:pPr>
        <w:pStyle w:val="Heading2"/>
      </w:pPr>
      <w:r>
        <w:t>Screen capture</w:t>
      </w:r>
    </w:p>
    <w:p w14:paraId="50582F4F" w14:textId="77777777" w:rsidR="00951EFD" w:rsidRDefault="00951EFD">
      <w:pPr>
        <w:pStyle w:val="BodyText"/>
      </w:pPr>
    </w:p>
    <w:p w14:paraId="50FA5E69" w14:textId="202AC8B2" w:rsidR="00951EFD" w:rsidRDefault="00881E35">
      <w:r>
        <w:rPr>
          <w:noProof/>
        </w:rPr>
        <w:drawing>
          <wp:inline distT="0" distB="0" distL="0" distR="0" wp14:anchorId="2F3C6B38" wp14:editId="3BE9FEC3">
            <wp:extent cx="2066543" cy="1517903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1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4B88">
        <w:t xml:space="preserve"> </w:t>
      </w:r>
      <w:r w:rsidR="00B769D3">
        <w:rPr>
          <w:noProof/>
        </w:rPr>
        <w:drawing>
          <wp:inline distT="0" distB="0" distL="0" distR="0" wp14:anchorId="24622A4F" wp14:editId="680E60C3">
            <wp:extent cx="2066400" cy="1517760"/>
            <wp:effectExtent l="0" t="0" r="0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66400" cy="151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</w:p>
    <w:p w14:paraId="3004C101" w14:textId="77777777" w:rsidR="00951EFD" w:rsidRDefault="00951EFD">
      <w:pPr>
        <w:pStyle w:val="BodyText"/>
      </w:pPr>
    </w:p>
    <w:p w14:paraId="6BDCB101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416D1B8E" w14:textId="7A215592" w:rsidR="00951EFD" w:rsidRDefault="00B83B3A">
      <w:pPr>
        <w:pStyle w:val="Heading2"/>
      </w:pPr>
      <w:r>
        <w:lastRenderedPageBreak/>
        <w:t>Test #12</w:t>
      </w:r>
    </w:p>
    <w:p w14:paraId="11C6E869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7FD69008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6CEC51C" w14:textId="6C15890F" w:rsidR="00951EFD" w:rsidRDefault="00A27C32">
            <w:r>
              <w:t>Test details</w:t>
            </w:r>
          </w:p>
        </w:tc>
        <w:tc>
          <w:tcPr>
            <w:tcW w:w="4320" w:type="dxa"/>
          </w:tcPr>
          <w:p w14:paraId="156C8928" w14:textId="262534CD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5E8DC25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606E34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3F709EED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Expected graduation year should be in future</w:t>
            </w:r>
          </w:p>
        </w:tc>
      </w:tr>
      <w:tr w:rsidR="00951EFD" w14:paraId="6992FB07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F664292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14873DD6" w14:textId="60F6D381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enter a day in the past</w:t>
            </w:r>
            <w:r w:rsidR="002914E8">
              <w:t xml:space="preserve"> (</w:t>
            </w:r>
            <w:proofErr w:type="gramStart"/>
            <w:r w:rsidR="002914E8">
              <w:t>e.g.</w:t>
            </w:r>
            <w:proofErr w:type="gramEnd"/>
            <w:r w:rsidR="002914E8">
              <w:t xml:space="preserve"> 2023</w:t>
            </w:r>
            <w:r w:rsidR="00B62B14">
              <w:t>)</w:t>
            </w:r>
            <w:r>
              <w:t xml:space="preserve"> in "Graduation year" field </w:t>
            </w:r>
          </w:p>
          <w:p w14:paraId="1114E49C" w14:textId="5A65F57A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 Click "Next" button</w:t>
            </w:r>
          </w:p>
        </w:tc>
      </w:tr>
      <w:tr w:rsidR="00951EFD" w14:paraId="09DA6771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B52AE3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1B66AE25" w14:textId="77777777" w:rsidR="00A2471B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The error MessageBox appears "Expected graduation year should be after current year."</w:t>
            </w:r>
          </w:p>
          <w:p w14:paraId="2F3B1D29" w14:textId="6BF10952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 error </w:t>
            </w:r>
            <w:r>
              <w:t>MessageBox appears "</w:t>
            </w:r>
            <w:r w:rsidR="00BC23CD">
              <w:t>Please fill the missing fields</w:t>
            </w:r>
            <w:r>
              <w:t>."</w:t>
            </w:r>
          </w:p>
        </w:tc>
      </w:tr>
      <w:tr w:rsidR="00951EFD" w14:paraId="63F5BAE1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ABF20B6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3156A49C" w14:textId="36CAF141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650F2B25" w14:textId="77777777" w:rsidR="00951EFD" w:rsidRDefault="00951EFD">
      <w:pPr>
        <w:pStyle w:val="BodyText"/>
      </w:pPr>
    </w:p>
    <w:p w14:paraId="11F70961" w14:textId="77777777" w:rsidR="00951EFD" w:rsidRDefault="00B83B3A">
      <w:pPr>
        <w:pStyle w:val="Heading2"/>
      </w:pPr>
      <w:r>
        <w:t>Screen capture</w:t>
      </w:r>
    </w:p>
    <w:p w14:paraId="4D2F8709" w14:textId="77777777" w:rsidR="00951EFD" w:rsidRDefault="00951EFD">
      <w:pPr>
        <w:pStyle w:val="BodyText"/>
      </w:pPr>
    </w:p>
    <w:p w14:paraId="5702903C" w14:textId="19925B7F" w:rsidR="00951EFD" w:rsidRDefault="00B83B3A">
      <w:r>
        <w:rPr>
          <w:noProof/>
        </w:rPr>
        <w:drawing>
          <wp:inline distT="0" distB="0" distL="0" distR="0" wp14:anchorId="6D4F1F2D" wp14:editId="0F6BE29C">
            <wp:extent cx="2066543" cy="1517903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8E12575" wp14:editId="3066C87B">
            <wp:extent cx="2066543" cy="151790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2_1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43367" w14:textId="77777777" w:rsidR="00951EFD" w:rsidRDefault="00951EFD">
      <w:pPr>
        <w:pStyle w:val="BodyText"/>
      </w:pPr>
    </w:p>
    <w:p w14:paraId="3362E53D" w14:textId="77777777" w:rsidR="009D006F" w:rsidRDefault="009D006F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5714B595" w14:textId="1ECCD70E" w:rsidR="00951EFD" w:rsidRDefault="00B83B3A">
      <w:pPr>
        <w:pStyle w:val="Heading2"/>
      </w:pPr>
      <w:r>
        <w:lastRenderedPageBreak/>
        <w:t>Test #13</w:t>
      </w:r>
    </w:p>
    <w:p w14:paraId="5086F3B0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39B16338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43F899E" w14:textId="2FE445C2" w:rsidR="00951EFD" w:rsidRDefault="00FD3E2E">
            <w:r>
              <w:t>Test details</w:t>
            </w:r>
          </w:p>
        </w:tc>
        <w:tc>
          <w:tcPr>
            <w:tcW w:w="4320" w:type="dxa"/>
          </w:tcPr>
          <w:p w14:paraId="748F54B4" w14:textId="2804AECE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2A63921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382F7C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3782A793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female appliciant</w:t>
            </w:r>
          </w:p>
        </w:tc>
      </w:tr>
      <w:tr w:rsidR="00951EFD" w14:paraId="7009D8A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8E82E1C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4B190188" w14:textId="77777777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select female in applicant gender field </w:t>
            </w:r>
          </w:p>
          <w:p w14:paraId="0E3DB307" w14:textId="44B93D15" w:rsidR="00951EFD" w:rsidRDefault="007978B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</w:tc>
      </w:tr>
      <w:tr w:rsidR="00951EFD" w14:paraId="76098637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C85E19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55CEB52E" w14:textId="72A8C499" w:rsidR="00951EFD" w:rsidRDefault="00AD20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Summary shown in summary page</w:t>
            </w:r>
          </w:p>
        </w:tc>
      </w:tr>
      <w:tr w:rsidR="00951EFD" w14:paraId="72C4A345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66EEA62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48229BED" w14:textId="75BEFF46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7CB8758A" w14:textId="77777777" w:rsidR="00951EFD" w:rsidRDefault="00951EFD">
      <w:pPr>
        <w:pStyle w:val="BodyText"/>
      </w:pPr>
    </w:p>
    <w:p w14:paraId="4B82297E" w14:textId="77777777" w:rsidR="00951EFD" w:rsidRDefault="00B83B3A">
      <w:pPr>
        <w:pStyle w:val="Heading2"/>
      </w:pPr>
      <w:r>
        <w:t>Screen capture</w:t>
      </w:r>
    </w:p>
    <w:p w14:paraId="5B7E9213" w14:textId="77777777" w:rsidR="00951EFD" w:rsidRDefault="00951EFD">
      <w:pPr>
        <w:pStyle w:val="BodyText"/>
      </w:pPr>
    </w:p>
    <w:p w14:paraId="071B629D" w14:textId="1E07AEDF" w:rsidR="00951EFD" w:rsidRDefault="00B83B3A">
      <w:r>
        <w:rPr>
          <w:noProof/>
        </w:rPr>
        <w:drawing>
          <wp:inline distT="0" distB="0" distL="0" distR="0" wp14:anchorId="7225DB64" wp14:editId="315E7AD3">
            <wp:extent cx="2066543" cy="1517903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109AAEEC" wp14:editId="1935450A">
            <wp:extent cx="2066543" cy="1517903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_1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2C91F" w14:textId="77777777" w:rsidR="00951EFD" w:rsidRDefault="00951EFD">
      <w:pPr>
        <w:pStyle w:val="BodyText"/>
      </w:pPr>
    </w:p>
    <w:p w14:paraId="1324A290" w14:textId="0108D363" w:rsidR="009D006F" w:rsidRDefault="00B83B3A" w:rsidP="009D006F">
      <w:r>
        <w:rPr>
          <w:noProof/>
        </w:rPr>
        <w:drawing>
          <wp:inline distT="0" distB="0" distL="0" distR="0" wp14:anchorId="2BA6580B" wp14:editId="278C5572">
            <wp:extent cx="2066543" cy="1517903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3_2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234F0" w14:textId="77777777" w:rsidR="009D006F" w:rsidRDefault="009D006F">
      <w:r>
        <w:br w:type="page"/>
      </w:r>
    </w:p>
    <w:p w14:paraId="7F7D2C80" w14:textId="77777777" w:rsidR="00951EFD" w:rsidRDefault="00B83B3A">
      <w:pPr>
        <w:pStyle w:val="Heading2"/>
      </w:pPr>
      <w:r>
        <w:lastRenderedPageBreak/>
        <w:t>Test #14</w:t>
      </w:r>
    </w:p>
    <w:p w14:paraId="00212191" w14:textId="77777777" w:rsidR="00951EFD" w:rsidRDefault="00951EFD">
      <w:pPr>
        <w:pStyle w:val="BodyText"/>
      </w:pPr>
    </w:p>
    <w:tbl>
      <w:tblPr>
        <w:tblStyle w:val="MediumShading1-Accent3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951EFD" w14:paraId="3E73F0A3" w14:textId="77777777" w:rsidTr="00951E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2115CEB" w14:textId="6354E87C" w:rsidR="00951EFD" w:rsidRDefault="00FD3E2E">
            <w:r>
              <w:t>Test details</w:t>
            </w:r>
          </w:p>
        </w:tc>
        <w:tc>
          <w:tcPr>
            <w:tcW w:w="4320" w:type="dxa"/>
          </w:tcPr>
          <w:p w14:paraId="3F26616A" w14:textId="27D1C7A9" w:rsidR="00951EFD" w:rsidRDefault="00951EF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51EFD" w14:paraId="55C3D13D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0E37410" w14:textId="77777777" w:rsidR="00951EFD" w:rsidRDefault="00B83B3A">
            <w:r>
              <w:t>Test Case Name</w:t>
            </w:r>
          </w:p>
        </w:tc>
        <w:tc>
          <w:tcPr>
            <w:tcW w:w="4320" w:type="dxa"/>
          </w:tcPr>
          <w:p w14:paraId="30E82AEF" w14:textId="77777777" w:rsidR="00951EFD" w:rsidRDefault="00B83B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"Bachelor of Science in Computer Science and AI" in apply programme</w:t>
            </w:r>
          </w:p>
        </w:tc>
      </w:tr>
      <w:tr w:rsidR="00951EFD" w14:paraId="04200EFE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43F0243" w14:textId="77777777" w:rsidR="00951EFD" w:rsidRDefault="00B83B3A">
            <w:r>
              <w:t>Procedure</w:t>
            </w:r>
          </w:p>
        </w:tc>
        <w:tc>
          <w:tcPr>
            <w:tcW w:w="4320" w:type="dxa"/>
          </w:tcPr>
          <w:p w14:paraId="6E23093C" w14:textId="03F336B2" w:rsidR="00A2471B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1. select </w:t>
            </w:r>
            <w:r w:rsidR="0028379F">
              <w:t xml:space="preserve">“Bachelor of Science in Computer Science and AI” </w:t>
            </w:r>
            <w:r>
              <w:t xml:space="preserve">in applicant </w:t>
            </w:r>
            <w:r w:rsidR="001E794D">
              <w:t>apply programme</w:t>
            </w:r>
            <w:r>
              <w:t xml:space="preserve"> field </w:t>
            </w:r>
          </w:p>
          <w:p w14:paraId="7EEB03A4" w14:textId="77777777" w:rsidR="00951EFD" w:rsidRDefault="007A6BE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  <w:r w:rsidR="00B83B3A">
              <w:t>. Click "Next" button</w:t>
            </w:r>
          </w:p>
          <w:p w14:paraId="1046B87B" w14:textId="26CB455F" w:rsidR="00B83B3A" w:rsidRDefault="00AB34D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3. complete Higher Diploma Information page</w:t>
            </w:r>
          </w:p>
        </w:tc>
      </w:tr>
      <w:tr w:rsidR="00951EFD" w14:paraId="16E73EC6" w14:textId="77777777" w:rsidTr="00951E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CEBE49D" w14:textId="77777777" w:rsidR="00951EFD" w:rsidRDefault="00B83B3A">
            <w:r>
              <w:t>Expected Output</w:t>
            </w:r>
          </w:p>
        </w:tc>
        <w:tc>
          <w:tcPr>
            <w:tcW w:w="4320" w:type="dxa"/>
          </w:tcPr>
          <w:p w14:paraId="60AE39AB" w14:textId="4B740570" w:rsidR="00951EFD" w:rsidRDefault="00167E58" w:rsidP="00167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Summary shown in summary page</w:t>
            </w:r>
          </w:p>
        </w:tc>
      </w:tr>
      <w:tr w:rsidR="00951EFD" w14:paraId="5A097130" w14:textId="77777777" w:rsidTr="00951EF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05FE9C0" w14:textId="77777777" w:rsidR="00951EFD" w:rsidRDefault="00B83B3A">
            <w:r>
              <w:t>Result</w:t>
            </w:r>
          </w:p>
        </w:tc>
        <w:tc>
          <w:tcPr>
            <w:tcW w:w="4320" w:type="dxa"/>
          </w:tcPr>
          <w:p w14:paraId="3A9750F4" w14:textId="24DF3F53" w:rsidR="00951EFD" w:rsidRDefault="00B83B3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Pass/</w:t>
            </w:r>
            <w:r w:rsidR="00A2471B" w:rsidRPr="00A2471B">
              <w:rPr>
                <w:strike/>
              </w:rPr>
              <w:t>Fail</w:t>
            </w:r>
          </w:p>
        </w:tc>
      </w:tr>
    </w:tbl>
    <w:p w14:paraId="37482265" w14:textId="77777777" w:rsidR="00951EFD" w:rsidRDefault="00951EFD">
      <w:pPr>
        <w:pStyle w:val="BodyText"/>
      </w:pPr>
    </w:p>
    <w:p w14:paraId="655C3C01" w14:textId="77777777" w:rsidR="00951EFD" w:rsidRDefault="00B83B3A">
      <w:pPr>
        <w:pStyle w:val="Heading2"/>
      </w:pPr>
      <w:r>
        <w:t>Screen capture</w:t>
      </w:r>
    </w:p>
    <w:p w14:paraId="1E76DEDD" w14:textId="77777777" w:rsidR="00951EFD" w:rsidRDefault="00951EFD">
      <w:pPr>
        <w:pStyle w:val="BodyText"/>
      </w:pPr>
    </w:p>
    <w:p w14:paraId="72F22B85" w14:textId="40D1436D" w:rsidR="00951EFD" w:rsidRDefault="00B83B3A">
      <w:r>
        <w:rPr>
          <w:noProof/>
        </w:rPr>
        <w:drawing>
          <wp:inline distT="0" distB="0" distL="0" distR="0" wp14:anchorId="4DB6B9C6" wp14:editId="7601C614">
            <wp:extent cx="2066543" cy="1517903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006F">
        <w:t xml:space="preserve"> </w:t>
      </w:r>
      <w:r>
        <w:rPr>
          <w:noProof/>
        </w:rPr>
        <w:drawing>
          <wp:inline distT="0" distB="0" distL="0" distR="0" wp14:anchorId="3D18F5B6" wp14:editId="0197181E">
            <wp:extent cx="2066543" cy="1517903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_1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C94C9" w14:textId="77777777" w:rsidR="00951EFD" w:rsidRDefault="00951EFD">
      <w:pPr>
        <w:pStyle w:val="BodyText"/>
      </w:pPr>
    </w:p>
    <w:p w14:paraId="100BB5D1" w14:textId="371487DC" w:rsidR="00951EFD" w:rsidRDefault="00B83B3A" w:rsidP="009D006F">
      <w:r>
        <w:rPr>
          <w:noProof/>
        </w:rPr>
        <w:drawing>
          <wp:inline distT="0" distB="0" distL="0" distR="0" wp14:anchorId="1C84F7F0" wp14:editId="34287F24">
            <wp:extent cx="2066543" cy="1517903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lt_14_2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66543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1EF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057F"/>
    <w:rsid w:val="0015074B"/>
    <w:rsid w:val="00167E58"/>
    <w:rsid w:val="0019158F"/>
    <w:rsid w:val="001B4B88"/>
    <w:rsid w:val="001E794D"/>
    <w:rsid w:val="00257F5B"/>
    <w:rsid w:val="00274B0F"/>
    <w:rsid w:val="0028379F"/>
    <w:rsid w:val="002914E8"/>
    <w:rsid w:val="0029639D"/>
    <w:rsid w:val="00326F90"/>
    <w:rsid w:val="0034224C"/>
    <w:rsid w:val="00384778"/>
    <w:rsid w:val="003C272F"/>
    <w:rsid w:val="0047199A"/>
    <w:rsid w:val="004D5D42"/>
    <w:rsid w:val="004E1E81"/>
    <w:rsid w:val="004E3292"/>
    <w:rsid w:val="00523DB8"/>
    <w:rsid w:val="00543A2A"/>
    <w:rsid w:val="00563179"/>
    <w:rsid w:val="005B1618"/>
    <w:rsid w:val="005D0DDB"/>
    <w:rsid w:val="0064528A"/>
    <w:rsid w:val="00646FD9"/>
    <w:rsid w:val="00680F5C"/>
    <w:rsid w:val="00684373"/>
    <w:rsid w:val="006C107C"/>
    <w:rsid w:val="006C29AB"/>
    <w:rsid w:val="006C6A19"/>
    <w:rsid w:val="00750084"/>
    <w:rsid w:val="007978B0"/>
    <w:rsid w:val="007A6BEA"/>
    <w:rsid w:val="00881E35"/>
    <w:rsid w:val="00895C25"/>
    <w:rsid w:val="00917401"/>
    <w:rsid w:val="00924F84"/>
    <w:rsid w:val="00945E1C"/>
    <w:rsid w:val="00951EFD"/>
    <w:rsid w:val="009D006F"/>
    <w:rsid w:val="00A12298"/>
    <w:rsid w:val="00A2471B"/>
    <w:rsid w:val="00A272DD"/>
    <w:rsid w:val="00A27C32"/>
    <w:rsid w:val="00A44835"/>
    <w:rsid w:val="00AA1D8D"/>
    <w:rsid w:val="00AB34D6"/>
    <w:rsid w:val="00AD2069"/>
    <w:rsid w:val="00B05A60"/>
    <w:rsid w:val="00B21867"/>
    <w:rsid w:val="00B43881"/>
    <w:rsid w:val="00B47730"/>
    <w:rsid w:val="00B62B14"/>
    <w:rsid w:val="00B769D3"/>
    <w:rsid w:val="00B83B3A"/>
    <w:rsid w:val="00BC23CD"/>
    <w:rsid w:val="00BF30F9"/>
    <w:rsid w:val="00C66CAC"/>
    <w:rsid w:val="00CB0664"/>
    <w:rsid w:val="00D25CF9"/>
    <w:rsid w:val="00DA23F4"/>
    <w:rsid w:val="00E95A12"/>
    <w:rsid w:val="00EE2AE1"/>
    <w:rsid w:val="00F13692"/>
    <w:rsid w:val="00F60AA9"/>
    <w:rsid w:val="00FA33E6"/>
    <w:rsid w:val="00FC693F"/>
    <w:rsid w:val="00FD0E19"/>
    <w:rsid w:val="00FD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AEC053"/>
  <w14:defaultImageDpi w14:val="300"/>
  <w15:docId w15:val="{2893707E-7F19-4F84-A294-0A9574350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15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logic</cp:lastModifiedBy>
  <cp:revision>63</cp:revision>
  <dcterms:created xsi:type="dcterms:W3CDTF">2013-12-23T23:15:00Z</dcterms:created>
  <dcterms:modified xsi:type="dcterms:W3CDTF">2024-04-16T03:54:00Z</dcterms:modified>
  <cp:category/>
</cp:coreProperties>
</file>