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Your Bank</w:t>
        <w:br/>
        <w:br/>
        <w:t>ie34 Sb?h Wh?b S432</w:t>
        <w:br/>
        <w:t>1234</w:t>
        <w:br/>
        <w:br/>
        <w:t>Ma? 42/99</w:t>
        <w:br/>
        <w:t>MAX MUSTERMANN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