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1E1DCE" w14:textId="77777777" w:rsidR="00951EFD" w:rsidRDefault="00945E1C">
      <w:pPr>
        <w:pStyle w:val="Title"/>
      </w:pPr>
      <w:r>
        <w:t>TEST plan</w:t>
      </w:r>
    </w:p>
    <w:p w14:paraId="0D6A4281" w14:textId="77777777" w:rsidR="00951EFD" w:rsidRDefault="00951EFD">
      <w:pPr>
        <w:pStyle w:val="BodyText"/>
      </w:pPr>
    </w:p>
    <w:p w14:paraId="4085FA19" w14:textId="77777777" w:rsidR="00951EFD" w:rsidRDefault="00945E1C">
      <w:pPr>
        <w:pStyle w:val="Heading2"/>
      </w:pPr>
      <w:r>
        <w:t>Test purpose</w:t>
      </w:r>
    </w:p>
    <w:p w14:paraId="6ED86380" w14:textId="77777777" w:rsidR="00951EFD" w:rsidRDefault="00951EFD">
      <w:pPr>
        <w:pStyle w:val="BodyText"/>
      </w:pPr>
    </w:p>
    <w:p w14:paraId="7E6E1E35" w14:textId="77777777" w:rsidR="00951EFD" w:rsidRDefault="00945E1C">
      <w:pPr>
        <w:pStyle w:val="ListNumber"/>
      </w:pPr>
      <w:r>
        <w:t>Validation on the input data and display appropriate error messages</w:t>
      </w:r>
    </w:p>
    <w:p w14:paraId="6189C911" w14:textId="77777777" w:rsidR="00951EFD" w:rsidRDefault="00945E1C">
      <w:pPr>
        <w:pStyle w:val="ListNumber"/>
      </w:pPr>
      <w:r>
        <w:t>Test Plan with test cases and test results.</w:t>
      </w:r>
    </w:p>
    <w:p w14:paraId="7DF38E14" w14:textId="77777777" w:rsidR="00951EFD" w:rsidRDefault="00951EFD">
      <w:pPr>
        <w:pStyle w:val="BodyText"/>
      </w:pPr>
    </w:p>
    <w:p w14:paraId="44FCAB65" w14:textId="77777777" w:rsidR="00B05A60" w:rsidRDefault="00B05A60">
      <w:pPr>
        <w:rPr>
          <w:rFonts w:asciiTheme="majorHAnsi" w:eastAsiaTheme="majorEastAsia" w:hAnsiTheme="majorHAnsi" w:cstheme="majorBidi"/>
          <w:b/>
          <w:bCs/>
          <w:color w:val="4F81BD" w:themeColor="accent1"/>
          <w:sz w:val="26"/>
          <w:szCs w:val="26"/>
        </w:rPr>
      </w:pPr>
      <w:r>
        <w:br w:type="page"/>
      </w:r>
    </w:p>
    <w:p w14:paraId="039E8D9B" w14:textId="10987CE9" w:rsidR="00951EFD" w:rsidRDefault="00945E1C">
      <w:pPr>
        <w:pStyle w:val="Heading2"/>
      </w:pPr>
      <w:r>
        <w:lastRenderedPageBreak/>
        <w:t>Test #1</w:t>
      </w:r>
    </w:p>
    <w:p w14:paraId="74AB1BFE" w14:textId="77777777" w:rsidR="00951EFD" w:rsidRDefault="00951EFD">
      <w:pPr>
        <w:pStyle w:val="BodyText"/>
      </w:pPr>
    </w:p>
    <w:tbl>
      <w:tblPr>
        <w:tblStyle w:val="MediumShading1-Accent3"/>
        <w:tblW w:w="0" w:type="auto"/>
        <w:tblLook w:val="04A0" w:firstRow="1" w:lastRow="0" w:firstColumn="1" w:lastColumn="0" w:noHBand="0" w:noVBand="1"/>
      </w:tblPr>
      <w:tblGrid>
        <w:gridCol w:w="4320"/>
        <w:gridCol w:w="4320"/>
      </w:tblGrid>
      <w:tr w:rsidR="00951EFD" w14:paraId="5C95A811" w14:textId="77777777" w:rsidTr="00951EF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635DD150" w14:textId="77777777" w:rsidR="00951EFD" w:rsidRDefault="00945E1C">
            <w:r>
              <w:t>del me</w:t>
            </w:r>
          </w:p>
        </w:tc>
        <w:tc>
          <w:tcPr>
            <w:tcW w:w="4320" w:type="dxa"/>
          </w:tcPr>
          <w:p w14:paraId="2133D596" w14:textId="77777777" w:rsidR="00951EFD" w:rsidRDefault="00945E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del me</w:t>
            </w:r>
          </w:p>
        </w:tc>
      </w:tr>
      <w:tr w:rsidR="00951EFD" w14:paraId="440FBA5F" w14:textId="77777777" w:rsidTr="00951E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745D8670" w14:textId="77777777" w:rsidR="00951EFD" w:rsidRDefault="00945E1C">
            <w:r>
              <w:t>Test Case Name</w:t>
            </w:r>
          </w:p>
        </w:tc>
        <w:tc>
          <w:tcPr>
            <w:tcW w:w="4320" w:type="dxa"/>
          </w:tcPr>
          <w:p w14:paraId="42FB76F7" w14:textId="77777777" w:rsidR="00951EFD" w:rsidRDefault="00945E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Missing "Applicant Name"</w:t>
            </w:r>
          </w:p>
        </w:tc>
      </w:tr>
      <w:tr w:rsidR="00951EFD" w14:paraId="3196F235" w14:textId="77777777" w:rsidTr="00951EF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2A6DA3C8" w14:textId="77777777" w:rsidR="00951EFD" w:rsidRDefault="00945E1C">
            <w:r>
              <w:t>Procedure</w:t>
            </w:r>
          </w:p>
        </w:tc>
        <w:tc>
          <w:tcPr>
            <w:tcW w:w="4320" w:type="dxa"/>
          </w:tcPr>
          <w:p w14:paraId="47918581" w14:textId="77777777" w:rsidR="006C6A19" w:rsidRDefault="00945E1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1. leave "applicant name" field </w:t>
            </w:r>
            <w:r>
              <w:t>empty.</w:t>
            </w:r>
          </w:p>
          <w:p w14:paraId="4B30FE41" w14:textId="163923EC" w:rsidR="00951EFD" w:rsidRDefault="006C6A19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2</w:t>
            </w:r>
            <w:r w:rsidR="00945E1C">
              <w:t>. Click "Next" button</w:t>
            </w:r>
          </w:p>
        </w:tc>
      </w:tr>
      <w:tr w:rsidR="00951EFD" w14:paraId="3350F708" w14:textId="77777777" w:rsidTr="00951E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06D6B8FE" w14:textId="77777777" w:rsidR="00951EFD" w:rsidRDefault="00945E1C">
            <w:r>
              <w:t>Expected Output</w:t>
            </w:r>
          </w:p>
        </w:tc>
        <w:tc>
          <w:tcPr>
            <w:tcW w:w="4320" w:type="dxa"/>
          </w:tcPr>
          <w:p w14:paraId="706CE36C" w14:textId="7492F8A0" w:rsidR="0019158F" w:rsidRDefault="00274B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1. </w:t>
            </w:r>
            <w:r w:rsidR="00945E1C">
              <w:t>The error MessageBox appears "name cannot empty."</w:t>
            </w:r>
          </w:p>
          <w:p w14:paraId="7683A4AA" w14:textId="0D1E379F" w:rsidR="00951EFD" w:rsidRDefault="00274B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2. </w:t>
            </w:r>
            <w:r w:rsidR="00945E1C">
              <w:t>T</w:t>
            </w:r>
            <w:r w:rsidR="00945E1C">
              <w:t xml:space="preserve">he error </w:t>
            </w:r>
            <w:proofErr w:type="spellStart"/>
            <w:r w:rsidR="00945E1C">
              <w:t>MessageBox</w:t>
            </w:r>
            <w:proofErr w:type="spellEnd"/>
            <w:r w:rsidR="00945E1C">
              <w:t xml:space="preserve"> appears "Please enter all required information."</w:t>
            </w:r>
          </w:p>
        </w:tc>
      </w:tr>
      <w:tr w:rsidR="00951EFD" w14:paraId="307B3D40" w14:textId="77777777" w:rsidTr="00951EF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4421CFB0" w14:textId="77777777" w:rsidR="00951EFD" w:rsidRDefault="00945E1C">
            <w:r>
              <w:t>Result</w:t>
            </w:r>
          </w:p>
        </w:tc>
        <w:tc>
          <w:tcPr>
            <w:tcW w:w="4320" w:type="dxa"/>
          </w:tcPr>
          <w:p w14:paraId="60296E59" w14:textId="789C8E1C" w:rsidR="00951EFD" w:rsidRDefault="00945E1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Pass/</w:t>
            </w:r>
            <w:r w:rsidR="00A2471B" w:rsidRPr="00A2471B">
              <w:rPr>
                <w:strike/>
              </w:rPr>
              <w:t>Fail</w:t>
            </w:r>
          </w:p>
        </w:tc>
      </w:tr>
    </w:tbl>
    <w:p w14:paraId="02E98FD4" w14:textId="77777777" w:rsidR="00951EFD" w:rsidRDefault="00951EFD">
      <w:pPr>
        <w:pStyle w:val="BodyText"/>
      </w:pPr>
    </w:p>
    <w:p w14:paraId="553F67BE" w14:textId="77777777" w:rsidR="00951EFD" w:rsidRDefault="00945E1C">
      <w:pPr>
        <w:pStyle w:val="Heading2"/>
      </w:pPr>
      <w:r>
        <w:t>Screen capture</w:t>
      </w:r>
    </w:p>
    <w:p w14:paraId="7C7BD8E9" w14:textId="77777777" w:rsidR="00951EFD" w:rsidRDefault="00951EFD">
      <w:pPr>
        <w:pStyle w:val="BodyText"/>
      </w:pPr>
    </w:p>
    <w:p w14:paraId="1D90626A" w14:textId="0D631704" w:rsidR="00951EFD" w:rsidRDefault="00945E1C">
      <w:r>
        <w:rPr>
          <w:noProof/>
        </w:rPr>
        <w:drawing>
          <wp:inline distT="0" distB="0" distL="0" distR="0" wp14:anchorId="2C4AD2D7" wp14:editId="4D87599F">
            <wp:extent cx="2066543" cy="1517903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ult_1.pn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066543" cy="15179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66CAC">
        <w:t xml:space="preserve"> </w:t>
      </w:r>
      <w:r>
        <w:rPr>
          <w:noProof/>
        </w:rPr>
        <w:drawing>
          <wp:inline distT="0" distB="0" distL="0" distR="0" wp14:anchorId="5C860898" wp14:editId="1D049546">
            <wp:extent cx="2066543" cy="1517903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ult_1_1.pn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066543" cy="15179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1C3FDE" w14:textId="77777777" w:rsidR="00951EFD" w:rsidRDefault="00951EFD">
      <w:pPr>
        <w:pStyle w:val="BodyText"/>
      </w:pPr>
    </w:p>
    <w:p w14:paraId="68326076" w14:textId="77777777" w:rsidR="0034224C" w:rsidRDefault="0034224C">
      <w:pPr>
        <w:rPr>
          <w:rFonts w:asciiTheme="majorHAnsi" w:eastAsiaTheme="majorEastAsia" w:hAnsiTheme="majorHAnsi" w:cstheme="majorBidi"/>
          <w:b/>
          <w:bCs/>
          <w:color w:val="4F81BD" w:themeColor="accent1"/>
          <w:sz w:val="26"/>
          <w:szCs w:val="26"/>
        </w:rPr>
      </w:pPr>
      <w:r>
        <w:br w:type="page"/>
      </w:r>
    </w:p>
    <w:p w14:paraId="21CB0CCE" w14:textId="038A357B" w:rsidR="00951EFD" w:rsidRDefault="00945E1C">
      <w:pPr>
        <w:pStyle w:val="Heading2"/>
      </w:pPr>
      <w:r>
        <w:lastRenderedPageBreak/>
        <w:t>Test #2</w:t>
      </w:r>
    </w:p>
    <w:p w14:paraId="05B6F68F" w14:textId="77777777" w:rsidR="00951EFD" w:rsidRDefault="00951EFD">
      <w:pPr>
        <w:pStyle w:val="BodyText"/>
      </w:pPr>
    </w:p>
    <w:tbl>
      <w:tblPr>
        <w:tblStyle w:val="MediumShading1-Accent3"/>
        <w:tblW w:w="0" w:type="auto"/>
        <w:tblLook w:val="04A0" w:firstRow="1" w:lastRow="0" w:firstColumn="1" w:lastColumn="0" w:noHBand="0" w:noVBand="1"/>
      </w:tblPr>
      <w:tblGrid>
        <w:gridCol w:w="4320"/>
        <w:gridCol w:w="4320"/>
      </w:tblGrid>
      <w:tr w:rsidR="00951EFD" w14:paraId="73A8D977" w14:textId="77777777" w:rsidTr="00951EF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571D7682" w14:textId="77777777" w:rsidR="00951EFD" w:rsidRDefault="00945E1C">
            <w:r>
              <w:t>del me</w:t>
            </w:r>
          </w:p>
        </w:tc>
        <w:tc>
          <w:tcPr>
            <w:tcW w:w="4320" w:type="dxa"/>
          </w:tcPr>
          <w:p w14:paraId="205839A9" w14:textId="77777777" w:rsidR="00951EFD" w:rsidRDefault="00945E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del me</w:t>
            </w:r>
          </w:p>
        </w:tc>
      </w:tr>
      <w:tr w:rsidR="00951EFD" w14:paraId="4ECEBEEB" w14:textId="77777777" w:rsidTr="00951E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2FAB989A" w14:textId="77777777" w:rsidR="00951EFD" w:rsidRDefault="00945E1C">
            <w:r>
              <w:t>Test Case Name</w:t>
            </w:r>
          </w:p>
        </w:tc>
        <w:tc>
          <w:tcPr>
            <w:tcW w:w="4320" w:type="dxa"/>
          </w:tcPr>
          <w:p w14:paraId="650A14D9" w14:textId="77777777" w:rsidR="00951EFD" w:rsidRDefault="00945E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Missing "Applicant Email"</w:t>
            </w:r>
          </w:p>
        </w:tc>
      </w:tr>
      <w:tr w:rsidR="00951EFD" w14:paraId="4E72E58D" w14:textId="77777777" w:rsidTr="00951EF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6C7F2166" w14:textId="77777777" w:rsidR="00951EFD" w:rsidRDefault="00945E1C">
            <w:r>
              <w:t>Procedure</w:t>
            </w:r>
          </w:p>
        </w:tc>
        <w:tc>
          <w:tcPr>
            <w:tcW w:w="4320" w:type="dxa"/>
          </w:tcPr>
          <w:p w14:paraId="753497E5" w14:textId="77777777" w:rsidR="00A2471B" w:rsidRDefault="00945E1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1. leave "applicant email" field empty.</w:t>
            </w:r>
          </w:p>
          <w:p w14:paraId="643132B3" w14:textId="48BDA787" w:rsidR="00951EFD" w:rsidRDefault="00A2471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2</w:t>
            </w:r>
            <w:r w:rsidR="00945E1C">
              <w:t>. Click "Next" button</w:t>
            </w:r>
          </w:p>
        </w:tc>
      </w:tr>
      <w:tr w:rsidR="00951EFD" w14:paraId="1DB045AE" w14:textId="77777777" w:rsidTr="00951E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28DD3AF9" w14:textId="77777777" w:rsidR="00951EFD" w:rsidRDefault="00945E1C">
            <w:r>
              <w:t>Expected Output</w:t>
            </w:r>
          </w:p>
        </w:tc>
        <w:tc>
          <w:tcPr>
            <w:tcW w:w="4320" w:type="dxa"/>
          </w:tcPr>
          <w:p w14:paraId="046E2C90" w14:textId="1E899DBA" w:rsidR="00A2471B" w:rsidRDefault="00A2471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1. </w:t>
            </w:r>
            <w:r w:rsidR="00945E1C">
              <w:t>The error MessageBox appears "email field cannot empty."</w:t>
            </w:r>
          </w:p>
          <w:p w14:paraId="4A2C39C0" w14:textId="467CD0EA" w:rsidR="00951EFD" w:rsidRDefault="00A2471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2. </w:t>
            </w:r>
            <w:r w:rsidR="00945E1C">
              <w:t>T</w:t>
            </w:r>
            <w:r w:rsidR="00945E1C">
              <w:t xml:space="preserve">he error </w:t>
            </w:r>
            <w:proofErr w:type="spellStart"/>
            <w:r w:rsidR="00945E1C">
              <w:t>MessageBox</w:t>
            </w:r>
            <w:proofErr w:type="spellEnd"/>
            <w:r w:rsidR="00945E1C">
              <w:t xml:space="preserve"> appears </w:t>
            </w:r>
            <w:r w:rsidR="00945E1C">
              <w:t>"Please enter all required information."</w:t>
            </w:r>
          </w:p>
        </w:tc>
      </w:tr>
      <w:tr w:rsidR="00951EFD" w14:paraId="68D78232" w14:textId="77777777" w:rsidTr="00951EF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0E6DF044" w14:textId="77777777" w:rsidR="00951EFD" w:rsidRDefault="00945E1C">
            <w:r>
              <w:t>Result</w:t>
            </w:r>
          </w:p>
        </w:tc>
        <w:tc>
          <w:tcPr>
            <w:tcW w:w="4320" w:type="dxa"/>
          </w:tcPr>
          <w:p w14:paraId="2AA72231" w14:textId="342C6337" w:rsidR="00951EFD" w:rsidRDefault="00945E1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Pass/</w:t>
            </w:r>
            <w:r w:rsidR="00A2471B" w:rsidRPr="00A2471B">
              <w:rPr>
                <w:strike/>
              </w:rPr>
              <w:t>Fail</w:t>
            </w:r>
          </w:p>
        </w:tc>
      </w:tr>
    </w:tbl>
    <w:p w14:paraId="2EAAB48C" w14:textId="77777777" w:rsidR="00951EFD" w:rsidRDefault="00951EFD">
      <w:pPr>
        <w:pStyle w:val="BodyText"/>
      </w:pPr>
    </w:p>
    <w:p w14:paraId="65DD266A" w14:textId="77777777" w:rsidR="00951EFD" w:rsidRDefault="00945E1C">
      <w:pPr>
        <w:pStyle w:val="Heading2"/>
      </w:pPr>
      <w:r>
        <w:t>Screen capture</w:t>
      </w:r>
    </w:p>
    <w:p w14:paraId="70179C41" w14:textId="77777777" w:rsidR="00951EFD" w:rsidRDefault="00951EFD">
      <w:pPr>
        <w:pStyle w:val="BodyText"/>
      </w:pPr>
    </w:p>
    <w:p w14:paraId="1918B13D" w14:textId="4DA3EA9E" w:rsidR="00951EFD" w:rsidRDefault="00945E1C">
      <w:r>
        <w:rPr>
          <w:noProof/>
        </w:rPr>
        <w:drawing>
          <wp:inline distT="0" distB="0" distL="0" distR="0" wp14:anchorId="53DF610A" wp14:editId="3B9AA8D4">
            <wp:extent cx="2066543" cy="1517903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ult_2.pn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066543" cy="15179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D006F">
        <w:t xml:space="preserve"> </w:t>
      </w:r>
      <w:r>
        <w:rPr>
          <w:noProof/>
        </w:rPr>
        <w:drawing>
          <wp:inline distT="0" distB="0" distL="0" distR="0" wp14:anchorId="374BB1F2" wp14:editId="6DF65E16">
            <wp:extent cx="2066543" cy="1517903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ult_2_1.pn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066543" cy="15179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54283B" w14:textId="77777777" w:rsidR="00951EFD" w:rsidRDefault="00951EFD">
      <w:pPr>
        <w:pStyle w:val="BodyText"/>
      </w:pPr>
    </w:p>
    <w:p w14:paraId="71C00781" w14:textId="77777777" w:rsidR="009D006F" w:rsidRDefault="009D006F">
      <w:pPr>
        <w:rPr>
          <w:rFonts w:asciiTheme="majorHAnsi" w:eastAsiaTheme="majorEastAsia" w:hAnsiTheme="majorHAnsi" w:cstheme="majorBidi"/>
          <w:b/>
          <w:bCs/>
          <w:color w:val="4F81BD" w:themeColor="accent1"/>
          <w:sz w:val="26"/>
          <w:szCs w:val="26"/>
        </w:rPr>
      </w:pPr>
      <w:r>
        <w:br w:type="page"/>
      </w:r>
    </w:p>
    <w:p w14:paraId="2E984CAE" w14:textId="246C81E6" w:rsidR="00951EFD" w:rsidRDefault="00945E1C">
      <w:pPr>
        <w:pStyle w:val="Heading2"/>
      </w:pPr>
      <w:r>
        <w:lastRenderedPageBreak/>
        <w:t>Test #3</w:t>
      </w:r>
    </w:p>
    <w:p w14:paraId="23C2829C" w14:textId="77777777" w:rsidR="00951EFD" w:rsidRDefault="00951EFD">
      <w:pPr>
        <w:pStyle w:val="BodyText"/>
      </w:pPr>
    </w:p>
    <w:tbl>
      <w:tblPr>
        <w:tblStyle w:val="MediumShading1-Accent3"/>
        <w:tblW w:w="0" w:type="auto"/>
        <w:tblLook w:val="04A0" w:firstRow="1" w:lastRow="0" w:firstColumn="1" w:lastColumn="0" w:noHBand="0" w:noVBand="1"/>
      </w:tblPr>
      <w:tblGrid>
        <w:gridCol w:w="4320"/>
        <w:gridCol w:w="4320"/>
      </w:tblGrid>
      <w:tr w:rsidR="00951EFD" w14:paraId="7A201F7D" w14:textId="77777777" w:rsidTr="00951EF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78195483" w14:textId="77777777" w:rsidR="00951EFD" w:rsidRDefault="00945E1C">
            <w:r>
              <w:t>del me</w:t>
            </w:r>
          </w:p>
        </w:tc>
        <w:tc>
          <w:tcPr>
            <w:tcW w:w="4320" w:type="dxa"/>
          </w:tcPr>
          <w:p w14:paraId="7ECC2E7B" w14:textId="77777777" w:rsidR="00951EFD" w:rsidRDefault="00945E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del me</w:t>
            </w:r>
          </w:p>
        </w:tc>
      </w:tr>
      <w:tr w:rsidR="00951EFD" w14:paraId="618B0732" w14:textId="77777777" w:rsidTr="00951E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3D64F386" w14:textId="77777777" w:rsidR="00951EFD" w:rsidRDefault="00945E1C">
            <w:r>
              <w:t>Test Case Name</w:t>
            </w:r>
          </w:p>
        </w:tc>
        <w:tc>
          <w:tcPr>
            <w:tcW w:w="4320" w:type="dxa"/>
          </w:tcPr>
          <w:p w14:paraId="64DF31EC" w14:textId="77777777" w:rsidR="00951EFD" w:rsidRDefault="00945E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Missing "Date of Birth"</w:t>
            </w:r>
          </w:p>
        </w:tc>
      </w:tr>
      <w:tr w:rsidR="00951EFD" w14:paraId="760F2191" w14:textId="77777777" w:rsidTr="00951EF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2D9FE88D" w14:textId="77777777" w:rsidR="00951EFD" w:rsidRDefault="00945E1C">
            <w:r>
              <w:t>Procedure</w:t>
            </w:r>
          </w:p>
        </w:tc>
        <w:tc>
          <w:tcPr>
            <w:tcW w:w="4320" w:type="dxa"/>
          </w:tcPr>
          <w:p w14:paraId="31DAB16B" w14:textId="77777777" w:rsidR="00A2471B" w:rsidRDefault="00945E1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1. leave "date of birth" field empty. </w:t>
            </w:r>
          </w:p>
          <w:p w14:paraId="6AA92576" w14:textId="74C96C1D" w:rsidR="00951EFD" w:rsidRDefault="00945E1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2</w:t>
            </w:r>
            <w:r>
              <w:t xml:space="preserve">. Click "Next" </w:t>
            </w:r>
            <w:r>
              <w:t>button</w:t>
            </w:r>
          </w:p>
        </w:tc>
      </w:tr>
      <w:tr w:rsidR="00951EFD" w14:paraId="7E58EFBF" w14:textId="77777777" w:rsidTr="00951E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3D87A1A0" w14:textId="77777777" w:rsidR="00951EFD" w:rsidRDefault="00945E1C">
            <w:r>
              <w:t>Expected Output</w:t>
            </w:r>
          </w:p>
        </w:tc>
        <w:tc>
          <w:tcPr>
            <w:tcW w:w="4320" w:type="dxa"/>
          </w:tcPr>
          <w:p w14:paraId="65523946" w14:textId="77198657" w:rsidR="00A2471B" w:rsidRDefault="00945E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1. </w:t>
            </w:r>
            <w:r>
              <w:t>The error MessageBox appears "dob field cannot empty."</w:t>
            </w:r>
          </w:p>
          <w:p w14:paraId="17504AF9" w14:textId="309EADAA" w:rsidR="00951EFD" w:rsidRDefault="00945E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2. </w:t>
            </w:r>
            <w:r>
              <w:t>T</w:t>
            </w:r>
            <w:r>
              <w:t xml:space="preserve">he error </w:t>
            </w:r>
            <w:proofErr w:type="spellStart"/>
            <w:r>
              <w:t>MessageBox</w:t>
            </w:r>
            <w:proofErr w:type="spellEnd"/>
            <w:r>
              <w:t xml:space="preserve"> appears "Please enter all required information."</w:t>
            </w:r>
          </w:p>
        </w:tc>
      </w:tr>
      <w:tr w:rsidR="00951EFD" w14:paraId="29995BB4" w14:textId="77777777" w:rsidTr="00951EF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34F2628E" w14:textId="77777777" w:rsidR="00951EFD" w:rsidRDefault="00945E1C">
            <w:r>
              <w:t>Result</w:t>
            </w:r>
          </w:p>
        </w:tc>
        <w:tc>
          <w:tcPr>
            <w:tcW w:w="4320" w:type="dxa"/>
          </w:tcPr>
          <w:p w14:paraId="51BBB847" w14:textId="2CCE78D9" w:rsidR="00951EFD" w:rsidRDefault="00945E1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Pass/</w:t>
            </w:r>
            <w:r w:rsidR="00A2471B" w:rsidRPr="00A2471B">
              <w:rPr>
                <w:strike/>
              </w:rPr>
              <w:t>Fail</w:t>
            </w:r>
          </w:p>
        </w:tc>
      </w:tr>
    </w:tbl>
    <w:p w14:paraId="7B5FCF0B" w14:textId="77777777" w:rsidR="00951EFD" w:rsidRDefault="00951EFD">
      <w:pPr>
        <w:pStyle w:val="BodyText"/>
      </w:pPr>
    </w:p>
    <w:p w14:paraId="2596E437" w14:textId="77777777" w:rsidR="00951EFD" w:rsidRDefault="00945E1C">
      <w:pPr>
        <w:pStyle w:val="Heading2"/>
      </w:pPr>
      <w:r>
        <w:t>Screen capture</w:t>
      </w:r>
    </w:p>
    <w:p w14:paraId="28BDD857" w14:textId="77777777" w:rsidR="00951EFD" w:rsidRDefault="00951EFD">
      <w:pPr>
        <w:pStyle w:val="BodyText"/>
      </w:pPr>
    </w:p>
    <w:p w14:paraId="1C5EB3A1" w14:textId="60BFEAA8" w:rsidR="00951EFD" w:rsidRDefault="00945E1C">
      <w:r>
        <w:rPr>
          <w:noProof/>
        </w:rPr>
        <w:drawing>
          <wp:inline distT="0" distB="0" distL="0" distR="0" wp14:anchorId="1F8475A5" wp14:editId="37A1F3F6">
            <wp:extent cx="2066543" cy="1517903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ult_3.png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066543" cy="15179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D006F">
        <w:t xml:space="preserve"> </w:t>
      </w:r>
      <w:r>
        <w:rPr>
          <w:noProof/>
        </w:rPr>
        <w:drawing>
          <wp:inline distT="0" distB="0" distL="0" distR="0" wp14:anchorId="5B1906F9" wp14:editId="6A2D59CB">
            <wp:extent cx="2066543" cy="1517903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ult_3_1.pn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066543" cy="15179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1DE00E" w14:textId="77777777" w:rsidR="00951EFD" w:rsidRDefault="00951EFD">
      <w:pPr>
        <w:pStyle w:val="BodyText"/>
      </w:pPr>
    </w:p>
    <w:p w14:paraId="5AC31421" w14:textId="77777777" w:rsidR="009D006F" w:rsidRDefault="009D006F">
      <w:pPr>
        <w:rPr>
          <w:rFonts w:asciiTheme="majorHAnsi" w:eastAsiaTheme="majorEastAsia" w:hAnsiTheme="majorHAnsi" w:cstheme="majorBidi"/>
          <w:b/>
          <w:bCs/>
          <w:color w:val="4F81BD" w:themeColor="accent1"/>
          <w:sz w:val="26"/>
          <w:szCs w:val="26"/>
        </w:rPr>
      </w:pPr>
      <w:r>
        <w:br w:type="page"/>
      </w:r>
    </w:p>
    <w:p w14:paraId="2D297E9C" w14:textId="3D9A1276" w:rsidR="00951EFD" w:rsidRDefault="00945E1C">
      <w:pPr>
        <w:pStyle w:val="Heading2"/>
      </w:pPr>
      <w:r>
        <w:lastRenderedPageBreak/>
        <w:t>Test #4</w:t>
      </w:r>
    </w:p>
    <w:p w14:paraId="2BEAF486" w14:textId="77777777" w:rsidR="00951EFD" w:rsidRDefault="00951EFD">
      <w:pPr>
        <w:pStyle w:val="BodyText"/>
      </w:pPr>
    </w:p>
    <w:tbl>
      <w:tblPr>
        <w:tblStyle w:val="MediumShading1-Accent3"/>
        <w:tblW w:w="0" w:type="auto"/>
        <w:tblLook w:val="04A0" w:firstRow="1" w:lastRow="0" w:firstColumn="1" w:lastColumn="0" w:noHBand="0" w:noVBand="1"/>
      </w:tblPr>
      <w:tblGrid>
        <w:gridCol w:w="4320"/>
        <w:gridCol w:w="4320"/>
      </w:tblGrid>
      <w:tr w:rsidR="00951EFD" w14:paraId="4A7175CA" w14:textId="77777777" w:rsidTr="00951EF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6FB387F4" w14:textId="77777777" w:rsidR="00951EFD" w:rsidRDefault="00945E1C">
            <w:r>
              <w:t>del me</w:t>
            </w:r>
          </w:p>
        </w:tc>
        <w:tc>
          <w:tcPr>
            <w:tcW w:w="4320" w:type="dxa"/>
          </w:tcPr>
          <w:p w14:paraId="55737C39" w14:textId="77777777" w:rsidR="00951EFD" w:rsidRDefault="00945E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del me</w:t>
            </w:r>
          </w:p>
        </w:tc>
      </w:tr>
      <w:tr w:rsidR="00951EFD" w14:paraId="2493BC9B" w14:textId="77777777" w:rsidTr="00951E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7DC0B37A" w14:textId="77777777" w:rsidR="00951EFD" w:rsidRDefault="00945E1C">
            <w:r>
              <w:t>Test Case Name</w:t>
            </w:r>
          </w:p>
        </w:tc>
        <w:tc>
          <w:tcPr>
            <w:tcW w:w="4320" w:type="dxa"/>
          </w:tcPr>
          <w:p w14:paraId="64B23B24" w14:textId="77777777" w:rsidR="00951EFD" w:rsidRDefault="00945E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Missing Institution Name</w:t>
            </w:r>
          </w:p>
        </w:tc>
      </w:tr>
      <w:tr w:rsidR="00951EFD" w14:paraId="500DA0EE" w14:textId="77777777" w:rsidTr="00951EF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52B748B2" w14:textId="77777777" w:rsidR="00951EFD" w:rsidRDefault="00945E1C">
            <w:r>
              <w:t>Procedure</w:t>
            </w:r>
          </w:p>
        </w:tc>
        <w:tc>
          <w:tcPr>
            <w:tcW w:w="4320" w:type="dxa"/>
          </w:tcPr>
          <w:p w14:paraId="323C4372" w14:textId="77777777" w:rsidR="00A2471B" w:rsidRDefault="00945E1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1. leave "Institution Name" field empty </w:t>
            </w:r>
          </w:p>
          <w:p w14:paraId="5C6CABF4" w14:textId="1E6C0D05" w:rsidR="00951EFD" w:rsidRDefault="00945E1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1. Click "Next" button</w:t>
            </w:r>
          </w:p>
        </w:tc>
      </w:tr>
      <w:tr w:rsidR="00951EFD" w14:paraId="16881279" w14:textId="77777777" w:rsidTr="00951E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35E3BCE1" w14:textId="77777777" w:rsidR="00951EFD" w:rsidRDefault="00945E1C">
            <w:r>
              <w:t>Expected Output</w:t>
            </w:r>
          </w:p>
        </w:tc>
        <w:tc>
          <w:tcPr>
            <w:tcW w:w="4320" w:type="dxa"/>
          </w:tcPr>
          <w:p w14:paraId="51B982FA" w14:textId="77777777" w:rsidR="00A2471B" w:rsidRDefault="00945E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The error MessageBox appears "Please enter all required information."</w:t>
            </w:r>
          </w:p>
          <w:p w14:paraId="7CD1C539" w14:textId="4CF442F5" w:rsidR="00951EFD" w:rsidRDefault="00945E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The error </w:t>
            </w:r>
            <w:proofErr w:type="spellStart"/>
            <w:r>
              <w:t>MessageBox</w:t>
            </w:r>
            <w:proofErr w:type="spellEnd"/>
            <w:r>
              <w:t xml:space="preserve"> appears "Please enter all requi</w:t>
            </w:r>
            <w:r>
              <w:t>red information."</w:t>
            </w:r>
          </w:p>
        </w:tc>
      </w:tr>
      <w:tr w:rsidR="00951EFD" w14:paraId="5865BF7E" w14:textId="77777777" w:rsidTr="00951EF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7D395BAF" w14:textId="77777777" w:rsidR="00951EFD" w:rsidRDefault="00945E1C">
            <w:r>
              <w:t>Result</w:t>
            </w:r>
          </w:p>
        </w:tc>
        <w:tc>
          <w:tcPr>
            <w:tcW w:w="4320" w:type="dxa"/>
          </w:tcPr>
          <w:p w14:paraId="1C7F3D77" w14:textId="5BBFD0DA" w:rsidR="00951EFD" w:rsidRDefault="00945E1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Pass/</w:t>
            </w:r>
            <w:r w:rsidR="00A2471B" w:rsidRPr="00A2471B">
              <w:rPr>
                <w:strike/>
              </w:rPr>
              <w:t>Fail</w:t>
            </w:r>
          </w:p>
        </w:tc>
      </w:tr>
    </w:tbl>
    <w:p w14:paraId="527026A1" w14:textId="77777777" w:rsidR="00951EFD" w:rsidRDefault="00951EFD">
      <w:pPr>
        <w:pStyle w:val="BodyText"/>
      </w:pPr>
    </w:p>
    <w:p w14:paraId="3386D0DF" w14:textId="77777777" w:rsidR="00951EFD" w:rsidRDefault="00945E1C">
      <w:pPr>
        <w:pStyle w:val="Heading2"/>
      </w:pPr>
      <w:r>
        <w:t>Screen capture</w:t>
      </w:r>
    </w:p>
    <w:p w14:paraId="5607C171" w14:textId="77777777" w:rsidR="00951EFD" w:rsidRDefault="00951EFD">
      <w:pPr>
        <w:pStyle w:val="BodyText"/>
      </w:pPr>
    </w:p>
    <w:p w14:paraId="1C328E59" w14:textId="314E29CB" w:rsidR="00951EFD" w:rsidRDefault="00945E1C">
      <w:r>
        <w:rPr>
          <w:noProof/>
        </w:rPr>
        <w:drawing>
          <wp:inline distT="0" distB="0" distL="0" distR="0" wp14:anchorId="68DAAAB1" wp14:editId="27D3425C">
            <wp:extent cx="2066543" cy="1517903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ult_4.png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066543" cy="15179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D006F">
        <w:t xml:space="preserve"> </w:t>
      </w:r>
      <w:r>
        <w:rPr>
          <w:noProof/>
        </w:rPr>
        <w:drawing>
          <wp:inline distT="0" distB="0" distL="0" distR="0" wp14:anchorId="6EA59923" wp14:editId="61F0CC1F">
            <wp:extent cx="2066543" cy="1517903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ult_4_1.png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066543" cy="15179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8BAA72" w14:textId="77777777" w:rsidR="00951EFD" w:rsidRDefault="00951EFD">
      <w:pPr>
        <w:pStyle w:val="BodyText"/>
      </w:pPr>
    </w:p>
    <w:p w14:paraId="686066CA" w14:textId="77777777" w:rsidR="009D006F" w:rsidRDefault="009D006F">
      <w:pPr>
        <w:rPr>
          <w:rFonts w:asciiTheme="majorHAnsi" w:eastAsiaTheme="majorEastAsia" w:hAnsiTheme="majorHAnsi" w:cstheme="majorBidi"/>
          <w:b/>
          <w:bCs/>
          <w:color w:val="4F81BD" w:themeColor="accent1"/>
          <w:sz w:val="26"/>
          <w:szCs w:val="26"/>
        </w:rPr>
      </w:pPr>
      <w:r>
        <w:br w:type="page"/>
      </w:r>
    </w:p>
    <w:p w14:paraId="3B16C782" w14:textId="1EA62EDC" w:rsidR="00951EFD" w:rsidRDefault="00945E1C">
      <w:pPr>
        <w:pStyle w:val="Heading2"/>
      </w:pPr>
      <w:r>
        <w:lastRenderedPageBreak/>
        <w:t>Test #5</w:t>
      </w:r>
    </w:p>
    <w:p w14:paraId="73F095DF" w14:textId="77777777" w:rsidR="00951EFD" w:rsidRDefault="00951EFD">
      <w:pPr>
        <w:pStyle w:val="BodyText"/>
      </w:pPr>
    </w:p>
    <w:tbl>
      <w:tblPr>
        <w:tblStyle w:val="MediumShading1-Accent3"/>
        <w:tblW w:w="0" w:type="auto"/>
        <w:tblLook w:val="04A0" w:firstRow="1" w:lastRow="0" w:firstColumn="1" w:lastColumn="0" w:noHBand="0" w:noVBand="1"/>
      </w:tblPr>
      <w:tblGrid>
        <w:gridCol w:w="4320"/>
        <w:gridCol w:w="4320"/>
      </w:tblGrid>
      <w:tr w:rsidR="00951EFD" w14:paraId="106BC82D" w14:textId="77777777" w:rsidTr="00951EF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6FB28F6F" w14:textId="77777777" w:rsidR="00951EFD" w:rsidRDefault="00945E1C">
            <w:r>
              <w:t>del me</w:t>
            </w:r>
          </w:p>
        </w:tc>
        <w:tc>
          <w:tcPr>
            <w:tcW w:w="4320" w:type="dxa"/>
          </w:tcPr>
          <w:p w14:paraId="3035863E" w14:textId="77777777" w:rsidR="00951EFD" w:rsidRDefault="00945E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del me</w:t>
            </w:r>
          </w:p>
        </w:tc>
      </w:tr>
      <w:tr w:rsidR="00951EFD" w14:paraId="62BD63D7" w14:textId="77777777" w:rsidTr="00951E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11EB1D0C" w14:textId="77777777" w:rsidR="00951EFD" w:rsidRDefault="00945E1C">
            <w:r>
              <w:t>Test Case Name</w:t>
            </w:r>
          </w:p>
        </w:tc>
        <w:tc>
          <w:tcPr>
            <w:tcW w:w="4320" w:type="dxa"/>
          </w:tcPr>
          <w:p w14:paraId="03C61FC4" w14:textId="77777777" w:rsidR="00951EFD" w:rsidRDefault="00945E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Missing Programme Title</w:t>
            </w:r>
          </w:p>
        </w:tc>
      </w:tr>
      <w:tr w:rsidR="00951EFD" w14:paraId="64910E52" w14:textId="77777777" w:rsidTr="00951EF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16AC0D71" w14:textId="77777777" w:rsidR="00951EFD" w:rsidRDefault="00945E1C">
            <w:r>
              <w:t>Procedure</w:t>
            </w:r>
          </w:p>
        </w:tc>
        <w:tc>
          <w:tcPr>
            <w:tcW w:w="4320" w:type="dxa"/>
          </w:tcPr>
          <w:p w14:paraId="104A99F4" w14:textId="77777777" w:rsidR="00A2471B" w:rsidRDefault="00945E1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1. leave "Programme Title" field empty </w:t>
            </w:r>
          </w:p>
          <w:p w14:paraId="618C75D3" w14:textId="54E27FB8" w:rsidR="00951EFD" w:rsidRDefault="00945E1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1. Click "Next" button</w:t>
            </w:r>
          </w:p>
        </w:tc>
      </w:tr>
      <w:tr w:rsidR="00951EFD" w14:paraId="2FA5A36E" w14:textId="77777777" w:rsidTr="00951E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2BDF447F" w14:textId="77777777" w:rsidR="00951EFD" w:rsidRDefault="00945E1C">
            <w:r>
              <w:t xml:space="preserve">Expected </w:t>
            </w:r>
            <w:r>
              <w:t>Output</w:t>
            </w:r>
          </w:p>
        </w:tc>
        <w:tc>
          <w:tcPr>
            <w:tcW w:w="4320" w:type="dxa"/>
          </w:tcPr>
          <w:p w14:paraId="4EB33B4C" w14:textId="77777777" w:rsidR="00A2471B" w:rsidRDefault="00945E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The error MessageBox appears "Please enter all required information."</w:t>
            </w:r>
          </w:p>
          <w:p w14:paraId="2F537469" w14:textId="1900CC88" w:rsidR="00951EFD" w:rsidRDefault="00945E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The error </w:t>
            </w:r>
            <w:proofErr w:type="spellStart"/>
            <w:r>
              <w:t>MessageBox</w:t>
            </w:r>
            <w:proofErr w:type="spellEnd"/>
            <w:r>
              <w:t xml:space="preserve"> appears "Please enter all required information."</w:t>
            </w:r>
          </w:p>
        </w:tc>
      </w:tr>
      <w:tr w:rsidR="00951EFD" w14:paraId="77B0707D" w14:textId="77777777" w:rsidTr="00951EF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007B9126" w14:textId="77777777" w:rsidR="00951EFD" w:rsidRDefault="00945E1C">
            <w:r>
              <w:t>Result</w:t>
            </w:r>
          </w:p>
        </w:tc>
        <w:tc>
          <w:tcPr>
            <w:tcW w:w="4320" w:type="dxa"/>
          </w:tcPr>
          <w:p w14:paraId="1F7C1EA5" w14:textId="15DB4547" w:rsidR="00951EFD" w:rsidRDefault="00945E1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Pass/</w:t>
            </w:r>
            <w:r w:rsidR="00A2471B" w:rsidRPr="00A2471B">
              <w:rPr>
                <w:strike/>
              </w:rPr>
              <w:t>Fail</w:t>
            </w:r>
          </w:p>
        </w:tc>
      </w:tr>
    </w:tbl>
    <w:p w14:paraId="46D85ADE" w14:textId="77777777" w:rsidR="00951EFD" w:rsidRDefault="00951EFD">
      <w:pPr>
        <w:pStyle w:val="BodyText"/>
      </w:pPr>
    </w:p>
    <w:p w14:paraId="7522C4A5" w14:textId="77777777" w:rsidR="00951EFD" w:rsidRDefault="00945E1C">
      <w:pPr>
        <w:pStyle w:val="Heading2"/>
      </w:pPr>
      <w:r>
        <w:t>Screen capture</w:t>
      </w:r>
    </w:p>
    <w:p w14:paraId="51DEF184" w14:textId="77777777" w:rsidR="00951EFD" w:rsidRDefault="00951EFD">
      <w:pPr>
        <w:pStyle w:val="BodyText"/>
      </w:pPr>
    </w:p>
    <w:p w14:paraId="1E8685EC" w14:textId="3C33D9B3" w:rsidR="00951EFD" w:rsidRDefault="00945E1C">
      <w:r>
        <w:rPr>
          <w:noProof/>
        </w:rPr>
        <w:drawing>
          <wp:inline distT="0" distB="0" distL="0" distR="0" wp14:anchorId="6DD3BD91" wp14:editId="6F1C4AA0">
            <wp:extent cx="2066543" cy="1517903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ult_5.png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066543" cy="15179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D006F">
        <w:t xml:space="preserve"> </w:t>
      </w:r>
      <w:r>
        <w:rPr>
          <w:noProof/>
        </w:rPr>
        <w:drawing>
          <wp:inline distT="0" distB="0" distL="0" distR="0" wp14:anchorId="2B67CC25" wp14:editId="480F7032">
            <wp:extent cx="2066543" cy="1517903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ult_5_1.png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066543" cy="15179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CC83C8" w14:textId="77777777" w:rsidR="00951EFD" w:rsidRDefault="00951EFD">
      <w:pPr>
        <w:pStyle w:val="BodyText"/>
      </w:pPr>
    </w:p>
    <w:p w14:paraId="4D5506FA" w14:textId="77777777" w:rsidR="009D006F" w:rsidRDefault="009D006F">
      <w:pPr>
        <w:rPr>
          <w:rFonts w:asciiTheme="majorHAnsi" w:eastAsiaTheme="majorEastAsia" w:hAnsiTheme="majorHAnsi" w:cstheme="majorBidi"/>
          <w:b/>
          <w:bCs/>
          <w:color w:val="4F81BD" w:themeColor="accent1"/>
          <w:sz w:val="26"/>
          <w:szCs w:val="26"/>
        </w:rPr>
      </w:pPr>
      <w:r>
        <w:br w:type="page"/>
      </w:r>
    </w:p>
    <w:p w14:paraId="25E8495A" w14:textId="2C33767B" w:rsidR="00951EFD" w:rsidRDefault="00945E1C">
      <w:pPr>
        <w:pStyle w:val="Heading2"/>
      </w:pPr>
      <w:r>
        <w:lastRenderedPageBreak/>
        <w:t>Test #6</w:t>
      </w:r>
    </w:p>
    <w:p w14:paraId="5B52D64A" w14:textId="77777777" w:rsidR="00951EFD" w:rsidRDefault="00951EFD">
      <w:pPr>
        <w:pStyle w:val="BodyText"/>
      </w:pPr>
    </w:p>
    <w:tbl>
      <w:tblPr>
        <w:tblStyle w:val="MediumShading1-Accent3"/>
        <w:tblW w:w="0" w:type="auto"/>
        <w:tblLook w:val="04A0" w:firstRow="1" w:lastRow="0" w:firstColumn="1" w:lastColumn="0" w:noHBand="0" w:noVBand="1"/>
      </w:tblPr>
      <w:tblGrid>
        <w:gridCol w:w="4320"/>
        <w:gridCol w:w="4320"/>
      </w:tblGrid>
      <w:tr w:rsidR="00951EFD" w14:paraId="515B9F15" w14:textId="77777777" w:rsidTr="00951EF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13F3B17F" w14:textId="77777777" w:rsidR="00951EFD" w:rsidRDefault="00945E1C">
            <w:r>
              <w:t>del me</w:t>
            </w:r>
          </w:p>
        </w:tc>
        <w:tc>
          <w:tcPr>
            <w:tcW w:w="4320" w:type="dxa"/>
          </w:tcPr>
          <w:p w14:paraId="06ED1C19" w14:textId="77777777" w:rsidR="00951EFD" w:rsidRDefault="00945E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del me</w:t>
            </w:r>
          </w:p>
        </w:tc>
      </w:tr>
      <w:tr w:rsidR="00951EFD" w14:paraId="7BCA3DCF" w14:textId="77777777" w:rsidTr="00951E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42F2C4B7" w14:textId="77777777" w:rsidR="00951EFD" w:rsidRDefault="00945E1C">
            <w:r>
              <w:t>Test Case Name</w:t>
            </w:r>
          </w:p>
        </w:tc>
        <w:tc>
          <w:tcPr>
            <w:tcW w:w="4320" w:type="dxa"/>
          </w:tcPr>
          <w:p w14:paraId="76718362" w14:textId="77777777" w:rsidR="00951EFD" w:rsidRDefault="00945E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Missing GPA</w:t>
            </w:r>
          </w:p>
        </w:tc>
      </w:tr>
      <w:tr w:rsidR="00951EFD" w14:paraId="2EBF3F0E" w14:textId="77777777" w:rsidTr="00951EF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18B22E1B" w14:textId="77777777" w:rsidR="00951EFD" w:rsidRDefault="00945E1C">
            <w:r>
              <w:t>Procedure</w:t>
            </w:r>
          </w:p>
        </w:tc>
        <w:tc>
          <w:tcPr>
            <w:tcW w:w="4320" w:type="dxa"/>
          </w:tcPr>
          <w:p w14:paraId="2E76471F" w14:textId="77777777" w:rsidR="00A2471B" w:rsidRDefault="00945E1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1. leave "GPA" field empty </w:t>
            </w:r>
          </w:p>
          <w:p w14:paraId="069F77B0" w14:textId="4CF6ADCC" w:rsidR="00951EFD" w:rsidRDefault="00945E1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1. Click "Next" button</w:t>
            </w:r>
          </w:p>
        </w:tc>
      </w:tr>
      <w:tr w:rsidR="00951EFD" w14:paraId="2A6E5A1B" w14:textId="77777777" w:rsidTr="00951E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79E2C4B0" w14:textId="77777777" w:rsidR="00951EFD" w:rsidRDefault="00945E1C">
            <w:r>
              <w:t>Expected Output</w:t>
            </w:r>
          </w:p>
        </w:tc>
        <w:tc>
          <w:tcPr>
            <w:tcW w:w="4320" w:type="dxa"/>
          </w:tcPr>
          <w:p w14:paraId="4FDF157F" w14:textId="77777777" w:rsidR="00A2471B" w:rsidRDefault="00945E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The error MessageBox appears "Please enter all required information."</w:t>
            </w:r>
          </w:p>
          <w:p w14:paraId="0BA09485" w14:textId="0A934C34" w:rsidR="00951EFD" w:rsidRDefault="00945E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The error </w:t>
            </w:r>
            <w:proofErr w:type="spellStart"/>
            <w:r>
              <w:t>MessageBox</w:t>
            </w:r>
            <w:proofErr w:type="spellEnd"/>
            <w:r>
              <w:t xml:space="preserve"> appears "Please enter all required information."</w:t>
            </w:r>
          </w:p>
        </w:tc>
      </w:tr>
      <w:tr w:rsidR="00951EFD" w14:paraId="51ABF0EF" w14:textId="77777777" w:rsidTr="00951EF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66838297" w14:textId="77777777" w:rsidR="00951EFD" w:rsidRDefault="00945E1C">
            <w:r>
              <w:t>Result</w:t>
            </w:r>
          </w:p>
        </w:tc>
        <w:tc>
          <w:tcPr>
            <w:tcW w:w="4320" w:type="dxa"/>
          </w:tcPr>
          <w:p w14:paraId="5E35D151" w14:textId="6ED55967" w:rsidR="00951EFD" w:rsidRDefault="00945E1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Pass/</w:t>
            </w:r>
            <w:r w:rsidR="00A2471B" w:rsidRPr="00A2471B">
              <w:rPr>
                <w:strike/>
              </w:rPr>
              <w:t>Fail</w:t>
            </w:r>
          </w:p>
        </w:tc>
      </w:tr>
    </w:tbl>
    <w:p w14:paraId="4C46D8DD" w14:textId="77777777" w:rsidR="00951EFD" w:rsidRDefault="00951EFD">
      <w:pPr>
        <w:pStyle w:val="BodyText"/>
      </w:pPr>
    </w:p>
    <w:p w14:paraId="54FA8088" w14:textId="77777777" w:rsidR="00951EFD" w:rsidRDefault="00945E1C">
      <w:pPr>
        <w:pStyle w:val="Heading2"/>
      </w:pPr>
      <w:r>
        <w:t>Screen capture</w:t>
      </w:r>
    </w:p>
    <w:p w14:paraId="2921D0FA" w14:textId="77777777" w:rsidR="00951EFD" w:rsidRDefault="00951EFD">
      <w:pPr>
        <w:pStyle w:val="BodyText"/>
      </w:pPr>
    </w:p>
    <w:p w14:paraId="60BEDE59" w14:textId="2265DF65" w:rsidR="00951EFD" w:rsidRDefault="00945E1C">
      <w:r>
        <w:rPr>
          <w:noProof/>
        </w:rPr>
        <w:drawing>
          <wp:inline distT="0" distB="0" distL="0" distR="0" wp14:anchorId="13501651" wp14:editId="0274E757">
            <wp:extent cx="2066543" cy="1517903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ult_6.png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066543" cy="15179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D006F">
        <w:t xml:space="preserve"> </w:t>
      </w:r>
      <w:r>
        <w:rPr>
          <w:noProof/>
        </w:rPr>
        <w:drawing>
          <wp:inline distT="0" distB="0" distL="0" distR="0" wp14:anchorId="59DB93C6" wp14:editId="57C10259">
            <wp:extent cx="2066543" cy="1517903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ult_6_1.png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066543" cy="15179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64E04A" w14:textId="77777777" w:rsidR="00951EFD" w:rsidRDefault="00951EFD">
      <w:pPr>
        <w:pStyle w:val="BodyText"/>
      </w:pPr>
    </w:p>
    <w:p w14:paraId="329B09DE" w14:textId="77777777" w:rsidR="009D006F" w:rsidRDefault="009D006F">
      <w:pPr>
        <w:rPr>
          <w:rFonts w:asciiTheme="majorHAnsi" w:eastAsiaTheme="majorEastAsia" w:hAnsiTheme="majorHAnsi" w:cstheme="majorBidi"/>
          <w:b/>
          <w:bCs/>
          <w:color w:val="4F81BD" w:themeColor="accent1"/>
          <w:sz w:val="26"/>
          <w:szCs w:val="26"/>
        </w:rPr>
      </w:pPr>
      <w:r>
        <w:br w:type="page"/>
      </w:r>
    </w:p>
    <w:p w14:paraId="59FD41A9" w14:textId="3937F411" w:rsidR="00951EFD" w:rsidRDefault="00945E1C">
      <w:pPr>
        <w:pStyle w:val="Heading2"/>
      </w:pPr>
      <w:r>
        <w:lastRenderedPageBreak/>
        <w:t>Test #7</w:t>
      </w:r>
    </w:p>
    <w:p w14:paraId="63CCD4DF" w14:textId="77777777" w:rsidR="00951EFD" w:rsidRDefault="00951EFD">
      <w:pPr>
        <w:pStyle w:val="BodyText"/>
      </w:pPr>
    </w:p>
    <w:tbl>
      <w:tblPr>
        <w:tblStyle w:val="MediumShading1-Accent3"/>
        <w:tblW w:w="0" w:type="auto"/>
        <w:tblLook w:val="04A0" w:firstRow="1" w:lastRow="0" w:firstColumn="1" w:lastColumn="0" w:noHBand="0" w:noVBand="1"/>
      </w:tblPr>
      <w:tblGrid>
        <w:gridCol w:w="4320"/>
        <w:gridCol w:w="4320"/>
      </w:tblGrid>
      <w:tr w:rsidR="00951EFD" w14:paraId="1AF48B91" w14:textId="77777777" w:rsidTr="00951EF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440F5F1B" w14:textId="77777777" w:rsidR="00951EFD" w:rsidRDefault="00945E1C">
            <w:r>
              <w:t>del me</w:t>
            </w:r>
          </w:p>
        </w:tc>
        <w:tc>
          <w:tcPr>
            <w:tcW w:w="4320" w:type="dxa"/>
          </w:tcPr>
          <w:p w14:paraId="1CC05E76" w14:textId="77777777" w:rsidR="00951EFD" w:rsidRDefault="00945E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del me</w:t>
            </w:r>
          </w:p>
        </w:tc>
      </w:tr>
      <w:tr w:rsidR="00951EFD" w14:paraId="75D21E09" w14:textId="77777777" w:rsidTr="00951E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329B0415" w14:textId="77777777" w:rsidR="00951EFD" w:rsidRDefault="00945E1C">
            <w:r>
              <w:t>Test Case Name</w:t>
            </w:r>
          </w:p>
        </w:tc>
        <w:tc>
          <w:tcPr>
            <w:tcW w:w="4320" w:type="dxa"/>
          </w:tcPr>
          <w:p w14:paraId="7FF85B43" w14:textId="77777777" w:rsidR="00951EFD" w:rsidRDefault="00945E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Missing Expected Graduation Year</w:t>
            </w:r>
          </w:p>
        </w:tc>
      </w:tr>
      <w:tr w:rsidR="00951EFD" w14:paraId="0CF9693F" w14:textId="77777777" w:rsidTr="00951EF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18D7337C" w14:textId="77777777" w:rsidR="00951EFD" w:rsidRDefault="00945E1C">
            <w:r>
              <w:t>Procedure</w:t>
            </w:r>
          </w:p>
        </w:tc>
        <w:tc>
          <w:tcPr>
            <w:tcW w:w="4320" w:type="dxa"/>
          </w:tcPr>
          <w:p w14:paraId="44B8C3C9" w14:textId="77777777" w:rsidR="00A2471B" w:rsidRDefault="00945E1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1. leave "Expected Graduation Year" field empty </w:t>
            </w:r>
          </w:p>
          <w:p w14:paraId="12DEEB66" w14:textId="3C48823A" w:rsidR="00951EFD" w:rsidRDefault="00945E1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1. Click "Next" button</w:t>
            </w:r>
          </w:p>
        </w:tc>
      </w:tr>
      <w:tr w:rsidR="00951EFD" w14:paraId="13339A5E" w14:textId="77777777" w:rsidTr="00951E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57474A69" w14:textId="77777777" w:rsidR="00951EFD" w:rsidRDefault="00945E1C">
            <w:r>
              <w:t xml:space="preserve">Expected </w:t>
            </w:r>
            <w:r>
              <w:t>Output</w:t>
            </w:r>
          </w:p>
        </w:tc>
        <w:tc>
          <w:tcPr>
            <w:tcW w:w="4320" w:type="dxa"/>
          </w:tcPr>
          <w:p w14:paraId="34FDF875" w14:textId="77777777" w:rsidR="00A2471B" w:rsidRDefault="00945E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The error MessageBox appears "Please enter all required information."</w:t>
            </w:r>
          </w:p>
          <w:p w14:paraId="64FE84A5" w14:textId="7F3BD241" w:rsidR="00951EFD" w:rsidRDefault="00945E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The error </w:t>
            </w:r>
            <w:proofErr w:type="spellStart"/>
            <w:r>
              <w:t>MessageBox</w:t>
            </w:r>
            <w:proofErr w:type="spellEnd"/>
            <w:r>
              <w:t xml:space="preserve"> appears "Please enter all required information."</w:t>
            </w:r>
          </w:p>
        </w:tc>
      </w:tr>
      <w:tr w:rsidR="00951EFD" w14:paraId="7408D4CA" w14:textId="77777777" w:rsidTr="00951EF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3DB5B541" w14:textId="77777777" w:rsidR="00951EFD" w:rsidRDefault="00945E1C">
            <w:r>
              <w:t>Result</w:t>
            </w:r>
          </w:p>
        </w:tc>
        <w:tc>
          <w:tcPr>
            <w:tcW w:w="4320" w:type="dxa"/>
          </w:tcPr>
          <w:p w14:paraId="7EF765C9" w14:textId="177C2F84" w:rsidR="00951EFD" w:rsidRDefault="00945E1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Pass/</w:t>
            </w:r>
            <w:r w:rsidR="00A2471B" w:rsidRPr="00A2471B">
              <w:rPr>
                <w:strike/>
              </w:rPr>
              <w:t>Fail</w:t>
            </w:r>
          </w:p>
        </w:tc>
      </w:tr>
    </w:tbl>
    <w:p w14:paraId="11D8447E" w14:textId="77777777" w:rsidR="00951EFD" w:rsidRDefault="00951EFD">
      <w:pPr>
        <w:pStyle w:val="BodyText"/>
      </w:pPr>
    </w:p>
    <w:p w14:paraId="30C85A09" w14:textId="77777777" w:rsidR="00951EFD" w:rsidRDefault="00945E1C">
      <w:pPr>
        <w:pStyle w:val="Heading2"/>
      </w:pPr>
      <w:r>
        <w:t>Screen capture</w:t>
      </w:r>
    </w:p>
    <w:p w14:paraId="1132D0F5" w14:textId="77777777" w:rsidR="00951EFD" w:rsidRDefault="00951EFD">
      <w:pPr>
        <w:pStyle w:val="BodyText"/>
      </w:pPr>
    </w:p>
    <w:p w14:paraId="225AC856" w14:textId="55E2711B" w:rsidR="00951EFD" w:rsidRDefault="00945E1C">
      <w:r>
        <w:rPr>
          <w:noProof/>
        </w:rPr>
        <w:drawing>
          <wp:inline distT="0" distB="0" distL="0" distR="0" wp14:anchorId="228404FF" wp14:editId="3DC07D5C">
            <wp:extent cx="2066543" cy="1517903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ult_7.png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066543" cy="15179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D006F">
        <w:t xml:space="preserve"> </w:t>
      </w:r>
      <w:r>
        <w:rPr>
          <w:noProof/>
        </w:rPr>
        <w:drawing>
          <wp:inline distT="0" distB="0" distL="0" distR="0" wp14:anchorId="1C95FA48" wp14:editId="40AF570D">
            <wp:extent cx="2066543" cy="1517903"/>
            <wp:effectExtent l="0" t="0" r="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ult_7_1.png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066543" cy="15179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C44D2F" w14:textId="77777777" w:rsidR="00951EFD" w:rsidRDefault="00951EFD">
      <w:pPr>
        <w:pStyle w:val="BodyText"/>
      </w:pPr>
    </w:p>
    <w:p w14:paraId="4459DC3C" w14:textId="77777777" w:rsidR="009D006F" w:rsidRDefault="009D006F">
      <w:pPr>
        <w:rPr>
          <w:rFonts w:asciiTheme="majorHAnsi" w:eastAsiaTheme="majorEastAsia" w:hAnsiTheme="majorHAnsi" w:cstheme="majorBidi"/>
          <w:b/>
          <w:bCs/>
          <w:color w:val="4F81BD" w:themeColor="accent1"/>
          <w:sz w:val="26"/>
          <w:szCs w:val="26"/>
        </w:rPr>
      </w:pPr>
      <w:r>
        <w:br w:type="page"/>
      </w:r>
    </w:p>
    <w:p w14:paraId="78D1B18D" w14:textId="4ECA5CE0" w:rsidR="00951EFD" w:rsidRDefault="00945E1C">
      <w:pPr>
        <w:pStyle w:val="Heading2"/>
      </w:pPr>
      <w:r>
        <w:lastRenderedPageBreak/>
        <w:t>Test #8</w:t>
      </w:r>
    </w:p>
    <w:p w14:paraId="1F95783E" w14:textId="77777777" w:rsidR="00951EFD" w:rsidRDefault="00951EFD">
      <w:pPr>
        <w:pStyle w:val="BodyText"/>
      </w:pPr>
    </w:p>
    <w:tbl>
      <w:tblPr>
        <w:tblStyle w:val="MediumShading1-Accent3"/>
        <w:tblW w:w="0" w:type="auto"/>
        <w:tblLook w:val="04A0" w:firstRow="1" w:lastRow="0" w:firstColumn="1" w:lastColumn="0" w:noHBand="0" w:noVBand="1"/>
      </w:tblPr>
      <w:tblGrid>
        <w:gridCol w:w="4320"/>
        <w:gridCol w:w="4320"/>
      </w:tblGrid>
      <w:tr w:rsidR="00951EFD" w14:paraId="5ECE6A12" w14:textId="77777777" w:rsidTr="00951EF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4432AC7A" w14:textId="77777777" w:rsidR="00951EFD" w:rsidRDefault="00945E1C">
            <w:r>
              <w:t>del me</w:t>
            </w:r>
          </w:p>
        </w:tc>
        <w:tc>
          <w:tcPr>
            <w:tcW w:w="4320" w:type="dxa"/>
          </w:tcPr>
          <w:p w14:paraId="670FA8DF" w14:textId="77777777" w:rsidR="00951EFD" w:rsidRDefault="00945E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del me</w:t>
            </w:r>
          </w:p>
        </w:tc>
      </w:tr>
      <w:tr w:rsidR="00951EFD" w14:paraId="722F3AEF" w14:textId="77777777" w:rsidTr="00951E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2FC8266E" w14:textId="77777777" w:rsidR="00951EFD" w:rsidRDefault="00945E1C">
            <w:r>
              <w:t>Test Case Name</w:t>
            </w:r>
          </w:p>
        </w:tc>
        <w:tc>
          <w:tcPr>
            <w:tcW w:w="4320" w:type="dxa"/>
          </w:tcPr>
          <w:p w14:paraId="2C772766" w14:textId="77777777" w:rsidR="00951EFD" w:rsidRDefault="00945E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Showing summary if all input field fullfilled</w:t>
            </w:r>
          </w:p>
        </w:tc>
      </w:tr>
      <w:tr w:rsidR="00951EFD" w14:paraId="334B45A5" w14:textId="77777777" w:rsidTr="00951EF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18F4DC96" w14:textId="77777777" w:rsidR="00951EFD" w:rsidRDefault="00945E1C">
            <w:r>
              <w:t>Procedure</w:t>
            </w:r>
          </w:p>
        </w:tc>
        <w:tc>
          <w:tcPr>
            <w:tcW w:w="4320" w:type="dxa"/>
          </w:tcPr>
          <w:p w14:paraId="189FF121" w14:textId="77777777" w:rsidR="00A2471B" w:rsidRDefault="00945E1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1. filling all required information in "Personal Information" </w:t>
            </w:r>
          </w:p>
          <w:p w14:paraId="4B49F116" w14:textId="77777777" w:rsidR="00A2471B" w:rsidRDefault="00945E1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1. clici "Next" button </w:t>
            </w:r>
          </w:p>
          <w:p w14:paraId="5BBF41CE" w14:textId="77777777" w:rsidR="00A2471B" w:rsidRDefault="00945E1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 1. Filling all required information in"Higher Diploma Information" windows. </w:t>
            </w:r>
          </w:p>
          <w:p w14:paraId="32D01BE6" w14:textId="77777777" w:rsidR="00A2471B" w:rsidRDefault="00945E1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1. Click "Next" </w:t>
            </w:r>
            <w:r>
              <w:t>button</w:t>
            </w:r>
          </w:p>
          <w:p w14:paraId="04BF206A" w14:textId="534C57C6" w:rsidR="00951EFD" w:rsidRDefault="00945E1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 1. click "show" button to show summary</w:t>
            </w:r>
          </w:p>
        </w:tc>
      </w:tr>
      <w:tr w:rsidR="00951EFD" w14:paraId="18D3A3E7" w14:textId="77777777" w:rsidTr="00951E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69BB9B30" w14:textId="77777777" w:rsidR="00951EFD" w:rsidRDefault="00945E1C">
            <w:r>
              <w:t>Expected Output</w:t>
            </w:r>
          </w:p>
        </w:tc>
        <w:tc>
          <w:tcPr>
            <w:tcW w:w="4320" w:type="dxa"/>
          </w:tcPr>
          <w:p w14:paraId="5D3D6EE1" w14:textId="77777777" w:rsidR="00951EFD" w:rsidRDefault="00945E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finally the summary window showing information in the page inputted before</w:t>
            </w:r>
          </w:p>
        </w:tc>
      </w:tr>
      <w:tr w:rsidR="00951EFD" w14:paraId="21E4EE23" w14:textId="77777777" w:rsidTr="00951EF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0A43998E" w14:textId="77777777" w:rsidR="00951EFD" w:rsidRDefault="00945E1C">
            <w:r>
              <w:t>Result</w:t>
            </w:r>
          </w:p>
        </w:tc>
        <w:tc>
          <w:tcPr>
            <w:tcW w:w="4320" w:type="dxa"/>
          </w:tcPr>
          <w:p w14:paraId="5E669EBF" w14:textId="793779EE" w:rsidR="00951EFD" w:rsidRDefault="00945E1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Pass/</w:t>
            </w:r>
            <w:r w:rsidR="00A2471B" w:rsidRPr="00A2471B">
              <w:rPr>
                <w:strike/>
              </w:rPr>
              <w:t>Fail</w:t>
            </w:r>
          </w:p>
        </w:tc>
      </w:tr>
    </w:tbl>
    <w:p w14:paraId="66908C01" w14:textId="77777777" w:rsidR="00951EFD" w:rsidRDefault="00951EFD">
      <w:pPr>
        <w:pStyle w:val="BodyText"/>
      </w:pPr>
    </w:p>
    <w:p w14:paraId="5257F3A7" w14:textId="77777777" w:rsidR="00951EFD" w:rsidRDefault="00945E1C">
      <w:pPr>
        <w:pStyle w:val="Heading2"/>
      </w:pPr>
      <w:r>
        <w:t>Screen capture</w:t>
      </w:r>
    </w:p>
    <w:p w14:paraId="132B4016" w14:textId="77777777" w:rsidR="00951EFD" w:rsidRDefault="00951EFD">
      <w:pPr>
        <w:pStyle w:val="BodyText"/>
      </w:pPr>
    </w:p>
    <w:p w14:paraId="03620639" w14:textId="4FBA19A7" w:rsidR="00951EFD" w:rsidRDefault="00945E1C">
      <w:r>
        <w:rPr>
          <w:noProof/>
        </w:rPr>
        <w:drawing>
          <wp:inline distT="0" distB="0" distL="0" distR="0" wp14:anchorId="21AB5EB9" wp14:editId="465DA03F">
            <wp:extent cx="2066543" cy="1517903"/>
            <wp:effectExtent l="0" t="0" r="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ult_8_1.png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066543" cy="15179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D006F">
        <w:t xml:space="preserve"> </w:t>
      </w:r>
      <w:r>
        <w:rPr>
          <w:noProof/>
        </w:rPr>
        <w:drawing>
          <wp:inline distT="0" distB="0" distL="0" distR="0" wp14:anchorId="10D95DD7" wp14:editId="7DF1C97C">
            <wp:extent cx="2066543" cy="1517903"/>
            <wp:effectExtent l="0" t="0" r="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ult_8_2.png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066543" cy="15179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957612" w14:textId="77777777" w:rsidR="00951EFD" w:rsidRDefault="00951EFD">
      <w:pPr>
        <w:pStyle w:val="BodyText"/>
      </w:pPr>
    </w:p>
    <w:p w14:paraId="5F29B81C" w14:textId="50DEBE61" w:rsidR="00951EFD" w:rsidRDefault="00945E1C">
      <w:r>
        <w:rPr>
          <w:noProof/>
        </w:rPr>
        <w:drawing>
          <wp:inline distT="0" distB="0" distL="0" distR="0" wp14:anchorId="3FCB85B8" wp14:editId="7DD5BE6E">
            <wp:extent cx="2066543" cy="1517903"/>
            <wp:effectExtent l="0" t="0" r="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ult_8_3.png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066543" cy="15179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D006F">
        <w:t xml:space="preserve"> </w:t>
      </w:r>
      <w:r>
        <w:rPr>
          <w:noProof/>
        </w:rPr>
        <w:drawing>
          <wp:inline distT="0" distB="0" distL="0" distR="0" wp14:anchorId="0BF772F5" wp14:editId="2F01D12F">
            <wp:extent cx="2066543" cy="1517903"/>
            <wp:effectExtent l="0" t="0" r="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ult_8_4.png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2066543" cy="15179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88F34B" w14:textId="77777777" w:rsidR="00951EFD" w:rsidRDefault="00951EFD">
      <w:pPr>
        <w:pStyle w:val="BodyText"/>
      </w:pPr>
    </w:p>
    <w:p w14:paraId="3AA11620" w14:textId="77777777" w:rsidR="009D006F" w:rsidRDefault="009D006F">
      <w:pPr>
        <w:rPr>
          <w:rFonts w:asciiTheme="majorHAnsi" w:eastAsiaTheme="majorEastAsia" w:hAnsiTheme="majorHAnsi" w:cstheme="majorBidi"/>
          <w:b/>
          <w:bCs/>
          <w:color w:val="4F81BD" w:themeColor="accent1"/>
          <w:sz w:val="26"/>
          <w:szCs w:val="26"/>
        </w:rPr>
      </w:pPr>
      <w:r>
        <w:br w:type="page"/>
      </w:r>
    </w:p>
    <w:p w14:paraId="46EA7E61" w14:textId="0C3A7B83" w:rsidR="00951EFD" w:rsidRDefault="00945E1C">
      <w:pPr>
        <w:pStyle w:val="Heading2"/>
      </w:pPr>
      <w:r>
        <w:lastRenderedPageBreak/>
        <w:t>Test #9</w:t>
      </w:r>
    </w:p>
    <w:p w14:paraId="2CFF2BED" w14:textId="77777777" w:rsidR="00951EFD" w:rsidRDefault="00951EFD">
      <w:pPr>
        <w:pStyle w:val="BodyText"/>
      </w:pPr>
    </w:p>
    <w:tbl>
      <w:tblPr>
        <w:tblStyle w:val="MediumShading1-Accent3"/>
        <w:tblW w:w="0" w:type="auto"/>
        <w:tblLook w:val="04A0" w:firstRow="1" w:lastRow="0" w:firstColumn="1" w:lastColumn="0" w:noHBand="0" w:noVBand="1"/>
      </w:tblPr>
      <w:tblGrid>
        <w:gridCol w:w="4320"/>
        <w:gridCol w:w="4320"/>
      </w:tblGrid>
      <w:tr w:rsidR="00951EFD" w14:paraId="581090B2" w14:textId="77777777" w:rsidTr="00951EF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5444F106" w14:textId="77777777" w:rsidR="00951EFD" w:rsidRDefault="00945E1C">
            <w:r>
              <w:t>del me</w:t>
            </w:r>
          </w:p>
        </w:tc>
        <w:tc>
          <w:tcPr>
            <w:tcW w:w="4320" w:type="dxa"/>
          </w:tcPr>
          <w:p w14:paraId="73DF496B" w14:textId="77777777" w:rsidR="00951EFD" w:rsidRDefault="00945E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del me</w:t>
            </w:r>
          </w:p>
        </w:tc>
      </w:tr>
      <w:tr w:rsidR="00951EFD" w14:paraId="4B23A4D9" w14:textId="77777777" w:rsidTr="00951E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0E8BDC33" w14:textId="77777777" w:rsidR="00951EFD" w:rsidRDefault="00945E1C">
            <w:r>
              <w:t>Test Case Name</w:t>
            </w:r>
          </w:p>
        </w:tc>
        <w:tc>
          <w:tcPr>
            <w:tcW w:w="4320" w:type="dxa"/>
          </w:tcPr>
          <w:p w14:paraId="268B5AB5" w14:textId="77777777" w:rsidR="00951EFD" w:rsidRDefault="00945E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Date of birth should be in the past</w:t>
            </w:r>
          </w:p>
        </w:tc>
      </w:tr>
      <w:tr w:rsidR="00951EFD" w14:paraId="11622353" w14:textId="77777777" w:rsidTr="00951EF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31780388" w14:textId="77777777" w:rsidR="00951EFD" w:rsidRDefault="00945E1C">
            <w:r>
              <w:t>Procedure</w:t>
            </w:r>
          </w:p>
        </w:tc>
        <w:tc>
          <w:tcPr>
            <w:tcW w:w="4320" w:type="dxa"/>
          </w:tcPr>
          <w:p w14:paraId="2F89D5A8" w14:textId="77777777" w:rsidR="00A2471B" w:rsidRDefault="00945E1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1. enter a day after today to the "date of birth" field </w:t>
            </w:r>
          </w:p>
          <w:p w14:paraId="642C450E" w14:textId="74CB1FA4" w:rsidR="00951EFD" w:rsidRDefault="00945E1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 1. click next button</w:t>
            </w:r>
          </w:p>
        </w:tc>
      </w:tr>
      <w:tr w:rsidR="00951EFD" w14:paraId="7E66BC2F" w14:textId="77777777" w:rsidTr="00951E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7CF1D694" w14:textId="77777777" w:rsidR="00951EFD" w:rsidRDefault="00945E1C">
            <w:r>
              <w:t>Expected Output</w:t>
            </w:r>
          </w:p>
        </w:tc>
        <w:tc>
          <w:tcPr>
            <w:tcW w:w="4320" w:type="dxa"/>
          </w:tcPr>
          <w:p w14:paraId="1DB7A38C" w14:textId="77777777" w:rsidR="00A2471B" w:rsidRDefault="00945E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The error MessageBox appears "DOB: the day entered is </w:t>
            </w:r>
            <w:r>
              <w:t>latter than today."</w:t>
            </w:r>
          </w:p>
          <w:p w14:paraId="64C1EB24" w14:textId="55D66A44" w:rsidR="00951EFD" w:rsidRDefault="00945E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The error </w:t>
            </w:r>
            <w:proofErr w:type="spellStart"/>
            <w:r>
              <w:t>MessageBox</w:t>
            </w:r>
            <w:proofErr w:type="spellEnd"/>
            <w:r>
              <w:t xml:space="preserve"> appears "Please enter all required information."</w:t>
            </w:r>
          </w:p>
        </w:tc>
      </w:tr>
      <w:tr w:rsidR="00951EFD" w14:paraId="5AB33AD9" w14:textId="77777777" w:rsidTr="00951EF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464E5DCC" w14:textId="77777777" w:rsidR="00951EFD" w:rsidRDefault="00945E1C">
            <w:r>
              <w:t>Result</w:t>
            </w:r>
          </w:p>
        </w:tc>
        <w:tc>
          <w:tcPr>
            <w:tcW w:w="4320" w:type="dxa"/>
          </w:tcPr>
          <w:p w14:paraId="4771255D" w14:textId="1C8E72F5" w:rsidR="00951EFD" w:rsidRDefault="00945E1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Pass/</w:t>
            </w:r>
            <w:r w:rsidR="00A2471B" w:rsidRPr="00A2471B">
              <w:rPr>
                <w:strike/>
              </w:rPr>
              <w:t>Fail</w:t>
            </w:r>
          </w:p>
        </w:tc>
      </w:tr>
    </w:tbl>
    <w:p w14:paraId="28E57D69" w14:textId="77777777" w:rsidR="00951EFD" w:rsidRDefault="00951EFD">
      <w:pPr>
        <w:pStyle w:val="BodyText"/>
      </w:pPr>
    </w:p>
    <w:p w14:paraId="0708F22D" w14:textId="77777777" w:rsidR="00951EFD" w:rsidRDefault="00945E1C">
      <w:pPr>
        <w:pStyle w:val="Heading2"/>
      </w:pPr>
      <w:r>
        <w:t>Screen capture</w:t>
      </w:r>
    </w:p>
    <w:p w14:paraId="7D3F5154" w14:textId="77777777" w:rsidR="00951EFD" w:rsidRDefault="00951EFD">
      <w:pPr>
        <w:pStyle w:val="BodyText"/>
      </w:pPr>
    </w:p>
    <w:p w14:paraId="5ECEB651" w14:textId="47F4DC79" w:rsidR="00951EFD" w:rsidRDefault="00945E1C">
      <w:r>
        <w:rPr>
          <w:noProof/>
        </w:rPr>
        <w:drawing>
          <wp:inline distT="0" distB="0" distL="0" distR="0" wp14:anchorId="73C2CA0B" wp14:editId="12CDFD43">
            <wp:extent cx="2066543" cy="1517903"/>
            <wp:effectExtent l="0" t="0" r="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ult_9.png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2066543" cy="15179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D006F">
        <w:t xml:space="preserve"> </w:t>
      </w:r>
      <w:r>
        <w:rPr>
          <w:noProof/>
        </w:rPr>
        <w:drawing>
          <wp:inline distT="0" distB="0" distL="0" distR="0" wp14:anchorId="0379B129" wp14:editId="6E8E1FC0">
            <wp:extent cx="2066543" cy="1517903"/>
            <wp:effectExtent l="0" t="0" r="0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ult_9_1.png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2066543" cy="15179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351832" w14:textId="77777777" w:rsidR="00951EFD" w:rsidRDefault="00951EFD">
      <w:pPr>
        <w:pStyle w:val="BodyText"/>
      </w:pPr>
    </w:p>
    <w:p w14:paraId="75F42A74" w14:textId="77777777" w:rsidR="009D006F" w:rsidRDefault="009D006F">
      <w:pPr>
        <w:rPr>
          <w:rFonts w:asciiTheme="majorHAnsi" w:eastAsiaTheme="majorEastAsia" w:hAnsiTheme="majorHAnsi" w:cstheme="majorBidi"/>
          <w:b/>
          <w:bCs/>
          <w:color w:val="4F81BD" w:themeColor="accent1"/>
          <w:sz w:val="26"/>
          <w:szCs w:val="26"/>
        </w:rPr>
      </w:pPr>
      <w:r>
        <w:br w:type="page"/>
      </w:r>
    </w:p>
    <w:p w14:paraId="7EEDF6AC" w14:textId="17BAD7C4" w:rsidR="00951EFD" w:rsidRDefault="00945E1C">
      <w:pPr>
        <w:pStyle w:val="Heading2"/>
      </w:pPr>
      <w:r>
        <w:lastRenderedPageBreak/>
        <w:t>Test #10</w:t>
      </w:r>
    </w:p>
    <w:p w14:paraId="0A1D33C0" w14:textId="77777777" w:rsidR="00951EFD" w:rsidRDefault="00951EFD">
      <w:pPr>
        <w:pStyle w:val="BodyText"/>
      </w:pPr>
    </w:p>
    <w:tbl>
      <w:tblPr>
        <w:tblStyle w:val="MediumShading1-Accent3"/>
        <w:tblW w:w="0" w:type="auto"/>
        <w:tblLook w:val="04A0" w:firstRow="1" w:lastRow="0" w:firstColumn="1" w:lastColumn="0" w:noHBand="0" w:noVBand="1"/>
      </w:tblPr>
      <w:tblGrid>
        <w:gridCol w:w="4320"/>
        <w:gridCol w:w="4320"/>
      </w:tblGrid>
      <w:tr w:rsidR="00951EFD" w14:paraId="61636BCB" w14:textId="77777777" w:rsidTr="00951EF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1D570B9E" w14:textId="77777777" w:rsidR="00951EFD" w:rsidRDefault="00945E1C">
            <w:r>
              <w:t>del me</w:t>
            </w:r>
          </w:p>
        </w:tc>
        <w:tc>
          <w:tcPr>
            <w:tcW w:w="4320" w:type="dxa"/>
          </w:tcPr>
          <w:p w14:paraId="2F656F16" w14:textId="77777777" w:rsidR="00951EFD" w:rsidRDefault="00945E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del me</w:t>
            </w:r>
          </w:p>
        </w:tc>
      </w:tr>
      <w:tr w:rsidR="00951EFD" w14:paraId="49357C7B" w14:textId="77777777" w:rsidTr="00951E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3E2B2B8E" w14:textId="77777777" w:rsidR="00951EFD" w:rsidRDefault="00945E1C">
            <w:r>
              <w:t>Test Case Name</w:t>
            </w:r>
          </w:p>
        </w:tc>
        <w:tc>
          <w:tcPr>
            <w:tcW w:w="4320" w:type="dxa"/>
          </w:tcPr>
          <w:p w14:paraId="1932B424" w14:textId="77777777" w:rsidR="00951EFD" w:rsidRDefault="00945E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email entered should be valid</w:t>
            </w:r>
          </w:p>
        </w:tc>
      </w:tr>
      <w:tr w:rsidR="00951EFD" w14:paraId="5B454A2B" w14:textId="77777777" w:rsidTr="00951EF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23F54564" w14:textId="77777777" w:rsidR="00951EFD" w:rsidRDefault="00945E1C">
            <w:r>
              <w:t>Procedure</w:t>
            </w:r>
          </w:p>
        </w:tc>
        <w:tc>
          <w:tcPr>
            <w:tcW w:w="4320" w:type="dxa"/>
          </w:tcPr>
          <w:p w14:paraId="7EDA8171" w14:textId="77777777" w:rsidR="00A2471B" w:rsidRDefault="00945E1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1. enter an invalid email </w:t>
            </w:r>
            <w:proofErr w:type="gramStart"/>
            <w:r>
              <w:t>e.g.</w:t>
            </w:r>
            <w:proofErr w:type="gramEnd"/>
            <w:r>
              <w:t xml:space="preserve"> "ankitrai326.com" </w:t>
            </w:r>
          </w:p>
          <w:p w14:paraId="1373C47A" w14:textId="2909FA77" w:rsidR="00951EFD" w:rsidRDefault="00945E1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 1. click "next" button</w:t>
            </w:r>
          </w:p>
        </w:tc>
      </w:tr>
      <w:tr w:rsidR="00951EFD" w14:paraId="29F0D1F6" w14:textId="77777777" w:rsidTr="00951E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0C3B4943" w14:textId="77777777" w:rsidR="00951EFD" w:rsidRDefault="00945E1C">
            <w:r>
              <w:t>Expected Output</w:t>
            </w:r>
          </w:p>
        </w:tc>
        <w:tc>
          <w:tcPr>
            <w:tcW w:w="4320" w:type="dxa"/>
          </w:tcPr>
          <w:p w14:paraId="5976498F" w14:textId="77777777" w:rsidR="00951EFD" w:rsidRDefault="00945E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The error MessageBox appears "email format error</w:t>
            </w:r>
          </w:p>
        </w:tc>
      </w:tr>
      <w:tr w:rsidR="00951EFD" w14:paraId="6DEEA989" w14:textId="77777777" w:rsidTr="00951EF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16B38A22" w14:textId="77777777" w:rsidR="00951EFD" w:rsidRDefault="00945E1C">
            <w:r>
              <w:t>Result</w:t>
            </w:r>
          </w:p>
        </w:tc>
        <w:tc>
          <w:tcPr>
            <w:tcW w:w="4320" w:type="dxa"/>
          </w:tcPr>
          <w:p w14:paraId="0E7C3F8A" w14:textId="77777777" w:rsidR="00A2471B" w:rsidRDefault="00945E1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it should be email."</w:t>
            </w:r>
          </w:p>
          <w:p w14:paraId="00C703EF" w14:textId="1FA4C091" w:rsidR="00951EFD" w:rsidRDefault="00945E1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The error </w:t>
            </w:r>
            <w:proofErr w:type="spellStart"/>
            <w:r>
              <w:t>MessageBox</w:t>
            </w:r>
            <w:proofErr w:type="spellEnd"/>
            <w:r>
              <w:t xml:space="preserve"> appears "Please enter all required </w:t>
            </w:r>
            <w:r>
              <w:t>information."</w:t>
            </w:r>
          </w:p>
        </w:tc>
      </w:tr>
    </w:tbl>
    <w:p w14:paraId="77EAD212" w14:textId="77777777" w:rsidR="00951EFD" w:rsidRDefault="00951EFD">
      <w:pPr>
        <w:pStyle w:val="BodyText"/>
      </w:pPr>
    </w:p>
    <w:p w14:paraId="0689F81A" w14:textId="77777777" w:rsidR="00951EFD" w:rsidRDefault="00945E1C">
      <w:pPr>
        <w:pStyle w:val="Heading2"/>
      </w:pPr>
      <w:r>
        <w:t>Screen capture</w:t>
      </w:r>
    </w:p>
    <w:p w14:paraId="1EB898A2" w14:textId="77777777" w:rsidR="00951EFD" w:rsidRDefault="00951EFD">
      <w:pPr>
        <w:pStyle w:val="BodyText"/>
      </w:pPr>
    </w:p>
    <w:p w14:paraId="45B71C13" w14:textId="77777777" w:rsidR="00951EFD" w:rsidRDefault="00951EFD">
      <w:pPr>
        <w:pStyle w:val="BodyText"/>
      </w:pPr>
    </w:p>
    <w:p w14:paraId="2D441745" w14:textId="77777777" w:rsidR="009D006F" w:rsidRDefault="009D006F">
      <w:pPr>
        <w:rPr>
          <w:rFonts w:asciiTheme="majorHAnsi" w:eastAsiaTheme="majorEastAsia" w:hAnsiTheme="majorHAnsi" w:cstheme="majorBidi"/>
          <w:b/>
          <w:bCs/>
          <w:color w:val="4F81BD" w:themeColor="accent1"/>
          <w:sz w:val="26"/>
          <w:szCs w:val="26"/>
        </w:rPr>
      </w:pPr>
      <w:r>
        <w:br w:type="page"/>
      </w:r>
    </w:p>
    <w:p w14:paraId="1CBCD022" w14:textId="330DA372" w:rsidR="00951EFD" w:rsidRDefault="00945E1C">
      <w:pPr>
        <w:pStyle w:val="Heading2"/>
      </w:pPr>
      <w:r>
        <w:lastRenderedPageBreak/>
        <w:t>Test #11</w:t>
      </w:r>
    </w:p>
    <w:p w14:paraId="128969EB" w14:textId="77777777" w:rsidR="00951EFD" w:rsidRDefault="00951EFD">
      <w:pPr>
        <w:pStyle w:val="BodyText"/>
      </w:pPr>
    </w:p>
    <w:tbl>
      <w:tblPr>
        <w:tblStyle w:val="MediumShading1-Accent3"/>
        <w:tblW w:w="0" w:type="auto"/>
        <w:tblLook w:val="04A0" w:firstRow="1" w:lastRow="0" w:firstColumn="1" w:lastColumn="0" w:noHBand="0" w:noVBand="1"/>
      </w:tblPr>
      <w:tblGrid>
        <w:gridCol w:w="4320"/>
        <w:gridCol w:w="4320"/>
      </w:tblGrid>
      <w:tr w:rsidR="00951EFD" w14:paraId="0E608CDD" w14:textId="77777777" w:rsidTr="00951EF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3CB10D60" w14:textId="77777777" w:rsidR="00951EFD" w:rsidRDefault="00945E1C">
            <w:r>
              <w:t>del me</w:t>
            </w:r>
          </w:p>
        </w:tc>
        <w:tc>
          <w:tcPr>
            <w:tcW w:w="4320" w:type="dxa"/>
          </w:tcPr>
          <w:p w14:paraId="6F5AEDC5" w14:textId="77777777" w:rsidR="00951EFD" w:rsidRDefault="00945E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del me</w:t>
            </w:r>
          </w:p>
        </w:tc>
      </w:tr>
      <w:tr w:rsidR="00951EFD" w14:paraId="1E3A5CFD" w14:textId="77777777" w:rsidTr="00951E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2908BC26" w14:textId="77777777" w:rsidR="00951EFD" w:rsidRDefault="00945E1C">
            <w:r>
              <w:t>Test Case Name</w:t>
            </w:r>
          </w:p>
        </w:tc>
        <w:tc>
          <w:tcPr>
            <w:tcW w:w="4320" w:type="dxa"/>
          </w:tcPr>
          <w:p w14:paraId="4F26CAAE" w14:textId="77777777" w:rsidR="00951EFD" w:rsidRDefault="00945E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GPA should be a number / decimal</w:t>
            </w:r>
          </w:p>
        </w:tc>
      </w:tr>
      <w:tr w:rsidR="00951EFD" w14:paraId="243C3492" w14:textId="77777777" w:rsidTr="00951EF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400E1F57" w14:textId="77777777" w:rsidR="00951EFD" w:rsidRDefault="00945E1C">
            <w:r>
              <w:t>Procedure</w:t>
            </w:r>
          </w:p>
        </w:tc>
        <w:tc>
          <w:tcPr>
            <w:tcW w:w="4320" w:type="dxa"/>
          </w:tcPr>
          <w:p w14:paraId="05508B22" w14:textId="77777777" w:rsidR="00A2471B" w:rsidRDefault="00945E1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1. enter a non numeric value into "GPA" field </w:t>
            </w:r>
          </w:p>
          <w:p w14:paraId="78D526BE" w14:textId="4F9E41D6" w:rsidR="00951EFD" w:rsidRDefault="00945E1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1. Click "Next" button</w:t>
            </w:r>
          </w:p>
        </w:tc>
      </w:tr>
      <w:tr w:rsidR="00951EFD" w14:paraId="3720C107" w14:textId="77777777" w:rsidTr="00951E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34B98E18" w14:textId="77777777" w:rsidR="00951EFD" w:rsidRDefault="00945E1C">
            <w:r>
              <w:t>Expected Output</w:t>
            </w:r>
          </w:p>
        </w:tc>
        <w:tc>
          <w:tcPr>
            <w:tcW w:w="4320" w:type="dxa"/>
          </w:tcPr>
          <w:p w14:paraId="6C6ADB24" w14:textId="77777777" w:rsidR="00A2471B" w:rsidRDefault="00945E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The error </w:t>
            </w:r>
            <w:r>
              <w:t>MessageBox appears "GPA field should be a number."</w:t>
            </w:r>
          </w:p>
          <w:p w14:paraId="4D8D0C61" w14:textId="7DF64966" w:rsidR="00951EFD" w:rsidRDefault="00945E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The error </w:t>
            </w:r>
            <w:proofErr w:type="spellStart"/>
            <w:r>
              <w:t>MessageBox</w:t>
            </w:r>
            <w:proofErr w:type="spellEnd"/>
            <w:r>
              <w:t xml:space="preserve"> appears "Please enter all required information."</w:t>
            </w:r>
          </w:p>
        </w:tc>
      </w:tr>
      <w:tr w:rsidR="00951EFD" w14:paraId="4254BC56" w14:textId="77777777" w:rsidTr="00951EF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7E99F092" w14:textId="77777777" w:rsidR="00951EFD" w:rsidRDefault="00945E1C">
            <w:r>
              <w:t>Result</w:t>
            </w:r>
          </w:p>
        </w:tc>
        <w:tc>
          <w:tcPr>
            <w:tcW w:w="4320" w:type="dxa"/>
          </w:tcPr>
          <w:p w14:paraId="72AF18BB" w14:textId="1FC9FCEC" w:rsidR="00951EFD" w:rsidRDefault="00945E1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Pass/</w:t>
            </w:r>
            <w:r w:rsidR="00A2471B" w:rsidRPr="00A2471B">
              <w:rPr>
                <w:strike/>
              </w:rPr>
              <w:t>Fail</w:t>
            </w:r>
          </w:p>
        </w:tc>
      </w:tr>
    </w:tbl>
    <w:p w14:paraId="47CA1991" w14:textId="77777777" w:rsidR="00951EFD" w:rsidRDefault="00951EFD">
      <w:pPr>
        <w:pStyle w:val="BodyText"/>
      </w:pPr>
    </w:p>
    <w:p w14:paraId="2F439FDA" w14:textId="77777777" w:rsidR="00951EFD" w:rsidRDefault="00945E1C">
      <w:pPr>
        <w:pStyle w:val="Heading2"/>
      </w:pPr>
      <w:r>
        <w:t>Screen capture</w:t>
      </w:r>
    </w:p>
    <w:p w14:paraId="50582F4F" w14:textId="77777777" w:rsidR="00951EFD" w:rsidRDefault="00951EFD">
      <w:pPr>
        <w:pStyle w:val="BodyText"/>
      </w:pPr>
    </w:p>
    <w:p w14:paraId="50FA5E69" w14:textId="42D4D5F8" w:rsidR="00951EFD" w:rsidRDefault="00945E1C">
      <w:r>
        <w:rPr>
          <w:noProof/>
        </w:rPr>
        <w:drawing>
          <wp:inline distT="0" distB="0" distL="0" distR="0" wp14:anchorId="5D64E8E2" wp14:editId="034701BE">
            <wp:extent cx="2066543" cy="1517903"/>
            <wp:effectExtent l="0" t="0" r="0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ult_11.png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2066543" cy="15179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D006F">
        <w:t xml:space="preserve"> </w:t>
      </w:r>
      <w:r>
        <w:rPr>
          <w:noProof/>
        </w:rPr>
        <w:drawing>
          <wp:inline distT="0" distB="0" distL="0" distR="0" wp14:anchorId="561A8F1E" wp14:editId="53F15B79">
            <wp:extent cx="2066543" cy="1517903"/>
            <wp:effectExtent l="0" t="0" r="0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ult_11_1.png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2066543" cy="15179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04C101" w14:textId="77777777" w:rsidR="00951EFD" w:rsidRDefault="00951EFD">
      <w:pPr>
        <w:pStyle w:val="BodyText"/>
      </w:pPr>
    </w:p>
    <w:p w14:paraId="6BDCB101" w14:textId="77777777" w:rsidR="009D006F" w:rsidRDefault="009D006F">
      <w:pPr>
        <w:rPr>
          <w:rFonts w:asciiTheme="majorHAnsi" w:eastAsiaTheme="majorEastAsia" w:hAnsiTheme="majorHAnsi" w:cstheme="majorBidi"/>
          <w:b/>
          <w:bCs/>
          <w:color w:val="4F81BD" w:themeColor="accent1"/>
          <w:sz w:val="26"/>
          <w:szCs w:val="26"/>
        </w:rPr>
      </w:pPr>
      <w:r>
        <w:br w:type="page"/>
      </w:r>
    </w:p>
    <w:p w14:paraId="416D1B8E" w14:textId="7A215592" w:rsidR="00951EFD" w:rsidRDefault="00945E1C">
      <w:pPr>
        <w:pStyle w:val="Heading2"/>
      </w:pPr>
      <w:r>
        <w:lastRenderedPageBreak/>
        <w:t>Test #12</w:t>
      </w:r>
    </w:p>
    <w:p w14:paraId="11C6E869" w14:textId="77777777" w:rsidR="00951EFD" w:rsidRDefault="00951EFD">
      <w:pPr>
        <w:pStyle w:val="BodyText"/>
      </w:pPr>
    </w:p>
    <w:tbl>
      <w:tblPr>
        <w:tblStyle w:val="MediumShading1-Accent3"/>
        <w:tblW w:w="0" w:type="auto"/>
        <w:tblLook w:val="04A0" w:firstRow="1" w:lastRow="0" w:firstColumn="1" w:lastColumn="0" w:noHBand="0" w:noVBand="1"/>
      </w:tblPr>
      <w:tblGrid>
        <w:gridCol w:w="4320"/>
        <w:gridCol w:w="4320"/>
      </w:tblGrid>
      <w:tr w:rsidR="00951EFD" w14:paraId="7FD69008" w14:textId="77777777" w:rsidTr="00951EF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16CEC51C" w14:textId="77777777" w:rsidR="00951EFD" w:rsidRDefault="00945E1C">
            <w:r>
              <w:t>del me</w:t>
            </w:r>
          </w:p>
        </w:tc>
        <w:tc>
          <w:tcPr>
            <w:tcW w:w="4320" w:type="dxa"/>
          </w:tcPr>
          <w:p w14:paraId="156C8928" w14:textId="77777777" w:rsidR="00951EFD" w:rsidRDefault="00945E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del me</w:t>
            </w:r>
          </w:p>
        </w:tc>
      </w:tr>
      <w:tr w:rsidR="00951EFD" w14:paraId="5E8DC25D" w14:textId="77777777" w:rsidTr="00951E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65606E34" w14:textId="77777777" w:rsidR="00951EFD" w:rsidRDefault="00945E1C">
            <w:r>
              <w:t>Test Case Name</w:t>
            </w:r>
          </w:p>
        </w:tc>
        <w:tc>
          <w:tcPr>
            <w:tcW w:w="4320" w:type="dxa"/>
          </w:tcPr>
          <w:p w14:paraId="3F709EED" w14:textId="77777777" w:rsidR="00951EFD" w:rsidRDefault="00945E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Expected graduation year should be in future</w:t>
            </w:r>
          </w:p>
        </w:tc>
      </w:tr>
      <w:tr w:rsidR="00951EFD" w14:paraId="6992FB07" w14:textId="77777777" w:rsidTr="00951EF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7F664292" w14:textId="77777777" w:rsidR="00951EFD" w:rsidRDefault="00945E1C">
            <w:r>
              <w:t>Procedure</w:t>
            </w:r>
          </w:p>
        </w:tc>
        <w:tc>
          <w:tcPr>
            <w:tcW w:w="4320" w:type="dxa"/>
          </w:tcPr>
          <w:p w14:paraId="14873DD6" w14:textId="77777777" w:rsidR="00A2471B" w:rsidRDefault="00945E1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1. enter a day in the past in "Graduation year" field </w:t>
            </w:r>
          </w:p>
          <w:p w14:paraId="1114E49C" w14:textId="5A65F57A" w:rsidR="00951EFD" w:rsidRDefault="00945E1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1. Click "Next" button</w:t>
            </w:r>
          </w:p>
        </w:tc>
      </w:tr>
      <w:tr w:rsidR="00951EFD" w14:paraId="09DA6771" w14:textId="77777777" w:rsidTr="00951E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46B52AE3" w14:textId="77777777" w:rsidR="00951EFD" w:rsidRDefault="00945E1C">
            <w:r>
              <w:t>Expected Output</w:t>
            </w:r>
          </w:p>
        </w:tc>
        <w:tc>
          <w:tcPr>
            <w:tcW w:w="4320" w:type="dxa"/>
          </w:tcPr>
          <w:p w14:paraId="1B66AE25" w14:textId="77777777" w:rsidR="00A2471B" w:rsidRDefault="00945E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The error MessageBox appears "Expected graduation year should be after current year."</w:t>
            </w:r>
          </w:p>
          <w:p w14:paraId="2F3B1D29" w14:textId="235BFF87" w:rsidR="00951EFD" w:rsidRDefault="00945E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The error </w:t>
            </w:r>
            <w:proofErr w:type="spellStart"/>
            <w:r>
              <w:t>MessageBox</w:t>
            </w:r>
            <w:proofErr w:type="spellEnd"/>
            <w:r>
              <w:t xml:space="preserve"> appears "Please enter all required information."</w:t>
            </w:r>
          </w:p>
        </w:tc>
      </w:tr>
      <w:tr w:rsidR="00951EFD" w14:paraId="63F5BAE1" w14:textId="77777777" w:rsidTr="00951EF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1ABF20B6" w14:textId="77777777" w:rsidR="00951EFD" w:rsidRDefault="00945E1C">
            <w:r>
              <w:t>Result</w:t>
            </w:r>
          </w:p>
        </w:tc>
        <w:tc>
          <w:tcPr>
            <w:tcW w:w="4320" w:type="dxa"/>
          </w:tcPr>
          <w:p w14:paraId="3156A49C" w14:textId="36CAF141" w:rsidR="00951EFD" w:rsidRDefault="00945E1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Pass/</w:t>
            </w:r>
            <w:r w:rsidR="00A2471B" w:rsidRPr="00A2471B">
              <w:rPr>
                <w:strike/>
              </w:rPr>
              <w:t>Fail</w:t>
            </w:r>
          </w:p>
        </w:tc>
      </w:tr>
    </w:tbl>
    <w:p w14:paraId="650F2B25" w14:textId="77777777" w:rsidR="00951EFD" w:rsidRDefault="00951EFD">
      <w:pPr>
        <w:pStyle w:val="BodyText"/>
      </w:pPr>
    </w:p>
    <w:p w14:paraId="11F70961" w14:textId="77777777" w:rsidR="00951EFD" w:rsidRDefault="00945E1C">
      <w:pPr>
        <w:pStyle w:val="Heading2"/>
      </w:pPr>
      <w:r>
        <w:t>Screen capture</w:t>
      </w:r>
    </w:p>
    <w:p w14:paraId="4D2F8709" w14:textId="77777777" w:rsidR="00951EFD" w:rsidRDefault="00951EFD">
      <w:pPr>
        <w:pStyle w:val="BodyText"/>
      </w:pPr>
    </w:p>
    <w:p w14:paraId="5702903C" w14:textId="19925B7F" w:rsidR="00951EFD" w:rsidRDefault="00945E1C">
      <w:r>
        <w:rPr>
          <w:noProof/>
        </w:rPr>
        <w:drawing>
          <wp:inline distT="0" distB="0" distL="0" distR="0" wp14:anchorId="6D4F1F2D" wp14:editId="0F6BE29C">
            <wp:extent cx="2066543" cy="1517903"/>
            <wp:effectExtent l="0" t="0" r="0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ult_12.png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2066543" cy="15179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D006F">
        <w:t xml:space="preserve"> </w:t>
      </w:r>
      <w:r>
        <w:rPr>
          <w:noProof/>
        </w:rPr>
        <w:drawing>
          <wp:inline distT="0" distB="0" distL="0" distR="0" wp14:anchorId="38E12575" wp14:editId="3066C87B">
            <wp:extent cx="2066543" cy="1517903"/>
            <wp:effectExtent l="0" t="0" r="0" b="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ult_12_1.png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2066543" cy="15179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643367" w14:textId="77777777" w:rsidR="00951EFD" w:rsidRDefault="00951EFD">
      <w:pPr>
        <w:pStyle w:val="BodyText"/>
      </w:pPr>
    </w:p>
    <w:p w14:paraId="3362E53D" w14:textId="77777777" w:rsidR="009D006F" w:rsidRDefault="009D006F">
      <w:pPr>
        <w:rPr>
          <w:rFonts w:asciiTheme="majorHAnsi" w:eastAsiaTheme="majorEastAsia" w:hAnsiTheme="majorHAnsi" w:cstheme="majorBidi"/>
          <w:b/>
          <w:bCs/>
          <w:color w:val="4F81BD" w:themeColor="accent1"/>
          <w:sz w:val="26"/>
          <w:szCs w:val="26"/>
        </w:rPr>
      </w:pPr>
      <w:r>
        <w:br w:type="page"/>
      </w:r>
    </w:p>
    <w:p w14:paraId="5714B595" w14:textId="1ECCD70E" w:rsidR="00951EFD" w:rsidRDefault="00945E1C">
      <w:pPr>
        <w:pStyle w:val="Heading2"/>
      </w:pPr>
      <w:r>
        <w:lastRenderedPageBreak/>
        <w:t>Test #13</w:t>
      </w:r>
    </w:p>
    <w:p w14:paraId="5086F3B0" w14:textId="77777777" w:rsidR="00951EFD" w:rsidRDefault="00951EFD">
      <w:pPr>
        <w:pStyle w:val="BodyText"/>
      </w:pPr>
    </w:p>
    <w:tbl>
      <w:tblPr>
        <w:tblStyle w:val="MediumShading1-Accent3"/>
        <w:tblW w:w="0" w:type="auto"/>
        <w:tblLook w:val="04A0" w:firstRow="1" w:lastRow="0" w:firstColumn="1" w:lastColumn="0" w:noHBand="0" w:noVBand="1"/>
      </w:tblPr>
      <w:tblGrid>
        <w:gridCol w:w="4320"/>
        <w:gridCol w:w="4320"/>
      </w:tblGrid>
      <w:tr w:rsidR="00951EFD" w14:paraId="39B16338" w14:textId="77777777" w:rsidTr="00951EF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643F899E" w14:textId="77777777" w:rsidR="00951EFD" w:rsidRDefault="00945E1C">
            <w:r>
              <w:t>del me</w:t>
            </w:r>
          </w:p>
        </w:tc>
        <w:tc>
          <w:tcPr>
            <w:tcW w:w="4320" w:type="dxa"/>
          </w:tcPr>
          <w:p w14:paraId="748F54B4" w14:textId="77777777" w:rsidR="00951EFD" w:rsidRDefault="00945E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del me</w:t>
            </w:r>
          </w:p>
        </w:tc>
      </w:tr>
      <w:tr w:rsidR="00951EFD" w14:paraId="2A639216" w14:textId="77777777" w:rsidTr="00951E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65382F7C" w14:textId="77777777" w:rsidR="00951EFD" w:rsidRDefault="00945E1C">
            <w:r>
              <w:t>Test Case Name</w:t>
            </w:r>
          </w:p>
        </w:tc>
        <w:tc>
          <w:tcPr>
            <w:tcW w:w="4320" w:type="dxa"/>
          </w:tcPr>
          <w:p w14:paraId="3782A793" w14:textId="77777777" w:rsidR="00951EFD" w:rsidRDefault="00945E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female appliciant</w:t>
            </w:r>
          </w:p>
        </w:tc>
      </w:tr>
      <w:tr w:rsidR="00951EFD" w14:paraId="7009D8A0" w14:textId="77777777" w:rsidTr="00951EF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48E82E1C" w14:textId="77777777" w:rsidR="00951EFD" w:rsidRDefault="00945E1C">
            <w:r>
              <w:t>Procedure</w:t>
            </w:r>
          </w:p>
        </w:tc>
        <w:tc>
          <w:tcPr>
            <w:tcW w:w="4320" w:type="dxa"/>
          </w:tcPr>
          <w:p w14:paraId="4B190188" w14:textId="77777777" w:rsidR="00A2471B" w:rsidRDefault="00945E1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1. select female in applicant gender field </w:t>
            </w:r>
          </w:p>
          <w:p w14:paraId="0E3DB307" w14:textId="4D337B96" w:rsidR="00951EFD" w:rsidRDefault="00945E1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1. Click "Next" button</w:t>
            </w:r>
          </w:p>
        </w:tc>
      </w:tr>
      <w:tr w:rsidR="00951EFD" w14:paraId="76098637" w14:textId="77777777" w:rsidTr="00951E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44C85E19" w14:textId="77777777" w:rsidR="00951EFD" w:rsidRDefault="00945E1C">
            <w:r>
              <w:t>Expected Output</w:t>
            </w:r>
          </w:p>
        </w:tc>
        <w:tc>
          <w:tcPr>
            <w:tcW w:w="4320" w:type="dxa"/>
          </w:tcPr>
          <w:p w14:paraId="12BEFE3D" w14:textId="77777777" w:rsidR="00A2471B" w:rsidRDefault="00945E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The error MessageBox appears "Expected graduation year should be after current year."</w:t>
            </w:r>
          </w:p>
          <w:p w14:paraId="55CEB52E" w14:textId="195CA8A8" w:rsidR="00951EFD" w:rsidRDefault="00945E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The error </w:t>
            </w:r>
            <w:proofErr w:type="spellStart"/>
            <w:r>
              <w:t>MessageBox</w:t>
            </w:r>
            <w:proofErr w:type="spellEnd"/>
            <w:r>
              <w:t xml:space="preserve"> appears "Please enter all required information."</w:t>
            </w:r>
          </w:p>
        </w:tc>
      </w:tr>
      <w:tr w:rsidR="00951EFD" w14:paraId="72C4A345" w14:textId="77777777" w:rsidTr="00951EF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666EEA62" w14:textId="77777777" w:rsidR="00951EFD" w:rsidRDefault="00945E1C">
            <w:r>
              <w:t>Result</w:t>
            </w:r>
          </w:p>
        </w:tc>
        <w:tc>
          <w:tcPr>
            <w:tcW w:w="4320" w:type="dxa"/>
          </w:tcPr>
          <w:p w14:paraId="48229BED" w14:textId="75BEFF46" w:rsidR="00951EFD" w:rsidRDefault="00945E1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Pass/</w:t>
            </w:r>
            <w:r w:rsidR="00A2471B" w:rsidRPr="00A2471B">
              <w:rPr>
                <w:strike/>
              </w:rPr>
              <w:t>Fail</w:t>
            </w:r>
          </w:p>
        </w:tc>
      </w:tr>
    </w:tbl>
    <w:p w14:paraId="7CB8758A" w14:textId="77777777" w:rsidR="00951EFD" w:rsidRDefault="00951EFD">
      <w:pPr>
        <w:pStyle w:val="BodyText"/>
      </w:pPr>
    </w:p>
    <w:p w14:paraId="4B82297E" w14:textId="77777777" w:rsidR="00951EFD" w:rsidRDefault="00945E1C">
      <w:pPr>
        <w:pStyle w:val="Heading2"/>
      </w:pPr>
      <w:r>
        <w:t>Screen capture</w:t>
      </w:r>
    </w:p>
    <w:p w14:paraId="5B7E9213" w14:textId="77777777" w:rsidR="00951EFD" w:rsidRDefault="00951EFD">
      <w:pPr>
        <w:pStyle w:val="BodyText"/>
      </w:pPr>
    </w:p>
    <w:p w14:paraId="071B629D" w14:textId="1E07AEDF" w:rsidR="00951EFD" w:rsidRDefault="00945E1C">
      <w:r>
        <w:rPr>
          <w:noProof/>
        </w:rPr>
        <w:drawing>
          <wp:inline distT="0" distB="0" distL="0" distR="0" wp14:anchorId="7225DB64" wp14:editId="315E7AD3">
            <wp:extent cx="2066543" cy="1517903"/>
            <wp:effectExtent l="0" t="0" r="0" b="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ult_13.png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2066543" cy="15179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D006F">
        <w:t xml:space="preserve"> </w:t>
      </w:r>
      <w:r>
        <w:rPr>
          <w:noProof/>
        </w:rPr>
        <w:drawing>
          <wp:inline distT="0" distB="0" distL="0" distR="0" wp14:anchorId="109AAEEC" wp14:editId="1935450A">
            <wp:extent cx="2066543" cy="1517903"/>
            <wp:effectExtent l="0" t="0" r="0" b="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ult_13_1.png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2066543" cy="15179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A2C91F" w14:textId="77777777" w:rsidR="00951EFD" w:rsidRDefault="00951EFD">
      <w:pPr>
        <w:pStyle w:val="BodyText"/>
      </w:pPr>
    </w:p>
    <w:p w14:paraId="1324A290" w14:textId="0108D363" w:rsidR="009D006F" w:rsidRDefault="00945E1C" w:rsidP="009D006F">
      <w:r>
        <w:rPr>
          <w:noProof/>
        </w:rPr>
        <w:drawing>
          <wp:inline distT="0" distB="0" distL="0" distR="0" wp14:anchorId="2BA6580B" wp14:editId="278C5572">
            <wp:extent cx="2066543" cy="1517903"/>
            <wp:effectExtent l="0" t="0" r="0" b="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ult_13_2.png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2066543" cy="15179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A234F0" w14:textId="77777777" w:rsidR="009D006F" w:rsidRDefault="009D006F">
      <w:r>
        <w:br w:type="page"/>
      </w:r>
    </w:p>
    <w:p w14:paraId="7F7D2C80" w14:textId="77777777" w:rsidR="00951EFD" w:rsidRDefault="00945E1C">
      <w:pPr>
        <w:pStyle w:val="Heading2"/>
      </w:pPr>
      <w:r>
        <w:lastRenderedPageBreak/>
        <w:t>Test #14</w:t>
      </w:r>
    </w:p>
    <w:p w14:paraId="00212191" w14:textId="77777777" w:rsidR="00951EFD" w:rsidRDefault="00951EFD">
      <w:pPr>
        <w:pStyle w:val="BodyText"/>
      </w:pPr>
    </w:p>
    <w:tbl>
      <w:tblPr>
        <w:tblStyle w:val="MediumShading1-Accent3"/>
        <w:tblW w:w="0" w:type="auto"/>
        <w:tblLook w:val="04A0" w:firstRow="1" w:lastRow="0" w:firstColumn="1" w:lastColumn="0" w:noHBand="0" w:noVBand="1"/>
      </w:tblPr>
      <w:tblGrid>
        <w:gridCol w:w="4320"/>
        <w:gridCol w:w="4320"/>
      </w:tblGrid>
      <w:tr w:rsidR="00951EFD" w14:paraId="3E73F0A3" w14:textId="77777777" w:rsidTr="00951EF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12115CEB" w14:textId="77777777" w:rsidR="00951EFD" w:rsidRDefault="00945E1C">
            <w:r>
              <w:t>del me</w:t>
            </w:r>
          </w:p>
        </w:tc>
        <w:tc>
          <w:tcPr>
            <w:tcW w:w="4320" w:type="dxa"/>
          </w:tcPr>
          <w:p w14:paraId="3F26616A" w14:textId="77777777" w:rsidR="00951EFD" w:rsidRDefault="00945E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del me</w:t>
            </w:r>
          </w:p>
        </w:tc>
      </w:tr>
      <w:tr w:rsidR="00951EFD" w14:paraId="55C3D13D" w14:textId="77777777" w:rsidTr="00951E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00E37410" w14:textId="77777777" w:rsidR="00951EFD" w:rsidRDefault="00945E1C">
            <w:r>
              <w:t>Test Case Name</w:t>
            </w:r>
          </w:p>
        </w:tc>
        <w:tc>
          <w:tcPr>
            <w:tcW w:w="4320" w:type="dxa"/>
          </w:tcPr>
          <w:p w14:paraId="30E82AEF" w14:textId="77777777" w:rsidR="00951EFD" w:rsidRDefault="00945E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"Bachelor of Science in Computer Science and AI" in apply programme</w:t>
            </w:r>
          </w:p>
        </w:tc>
      </w:tr>
      <w:tr w:rsidR="00951EFD" w14:paraId="04200EFE" w14:textId="77777777" w:rsidTr="00951EF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543F0243" w14:textId="77777777" w:rsidR="00951EFD" w:rsidRDefault="00945E1C">
            <w:r>
              <w:t>Procedure</w:t>
            </w:r>
          </w:p>
        </w:tc>
        <w:tc>
          <w:tcPr>
            <w:tcW w:w="4320" w:type="dxa"/>
          </w:tcPr>
          <w:p w14:paraId="6E23093C" w14:textId="77777777" w:rsidR="00A2471B" w:rsidRDefault="00945E1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1. select female in applicant gender field </w:t>
            </w:r>
          </w:p>
          <w:p w14:paraId="1046B87B" w14:textId="442C2F65" w:rsidR="00951EFD" w:rsidRDefault="00945E1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1. Click "Next" button</w:t>
            </w:r>
          </w:p>
        </w:tc>
      </w:tr>
      <w:tr w:rsidR="00951EFD" w14:paraId="16E73EC6" w14:textId="77777777" w:rsidTr="00951E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5CEBE49D" w14:textId="77777777" w:rsidR="00951EFD" w:rsidRDefault="00945E1C">
            <w:r>
              <w:t>Expected Output</w:t>
            </w:r>
          </w:p>
        </w:tc>
        <w:tc>
          <w:tcPr>
            <w:tcW w:w="4320" w:type="dxa"/>
          </w:tcPr>
          <w:p w14:paraId="413067FD" w14:textId="77777777" w:rsidR="00A2471B" w:rsidRDefault="00945E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The er</w:t>
            </w:r>
            <w:r>
              <w:t>ror MessageBox appears "Expected graduation year should be after current year."</w:t>
            </w:r>
          </w:p>
          <w:p w14:paraId="60AE39AB" w14:textId="512630F1" w:rsidR="00951EFD" w:rsidRDefault="00945E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The error </w:t>
            </w:r>
            <w:proofErr w:type="spellStart"/>
            <w:r>
              <w:t>MessageBox</w:t>
            </w:r>
            <w:proofErr w:type="spellEnd"/>
            <w:r>
              <w:t xml:space="preserve"> appears "Please enter all required information."</w:t>
            </w:r>
          </w:p>
        </w:tc>
      </w:tr>
      <w:tr w:rsidR="00951EFD" w14:paraId="5A097130" w14:textId="77777777" w:rsidTr="00951EF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405FE9C0" w14:textId="77777777" w:rsidR="00951EFD" w:rsidRDefault="00945E1C">
            <w:r>
              <w:t>Result</w:t>
            </w:r>
          </w:p>
        </w:tc>
        <w:tc>
          <w:tcPr>
            <w:tcW w:w="4320" w:type="dxa"/>
          </w:tcPr>
          <w:p w14:paraId="3A9750F4" w14:textId="24DF3F53" w:rsidR="00951EFD" w:rsidRDefault="00945E1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Pass/</w:t>
            </w:r>
            <w:r w:rsidR="00A2471B" w:rsidRPr="00A2471B">
              <w:rPr>
                <w:strike/>
              </w:rPr>
              <w:t>Fail</w:t>
            </w:r>
          </w:p>
        </w:tc>
      </w:tr>
    </w:tbl>
    <w:p w14:paraId="37482265" w14:textId="77777777" w:rsidR="00951EFD" w:rsidRDefault="00951EFD">
      <w:pPr>
        <w:pStyle w:val="BodyText"/>
      </w:pPr>
    </w:p>
    <w:p w14:paraId="655C3C01" w14:textId="77777777" w:rsidR="00951EFD" w:rsidRDefault="00945E1C">
      <w:pPr>
        <w:pStyle w:val="Heading2"/>
      </w:pPr>
      <w:r>
        <w:t>Screen capture</w:t>
      </w:r>
    </w:p>
    <w:p w14:paraId="1E76DEDD" w14:textId="77777777" w:rsidR="00951EFD" w:rsidRDefault="00951EFD">
      <w:pPr>
        <w:pStyle w:val="BodyText"/>
      </w:pPr>
    </w:p>
    <w:p w14:paraId="72F22B85" w14:textId="40D1436D" w:rsidR="00951EFD" w:rsidRDefault="00945E1C">
      <w:r>
        <w:rPr>
          <w:noProof/>
        </w:rPr>
        <w:drawing>
          <wp:inline distT="0" distB="0" distL="0" distR="0" wp14:anchorId="4DB6B9C6" wp14:editId="7601C614">
            <wp:extent cx="2066543" cy="1517903"/>
            <wp:effectExtent l="0" t="0" r="0" b="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ult_14.png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2066543" cy="15179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D006F">
        <w:t xml:space="preserve"> </w:t>
      </w:r>
      <w:r>
        <w:rPr>
          <w:noProof/>
        </w:rPr>
        <w:drawing>
          <wp:inline distT="0" distB="0" distL="0" distR="0" wp14:anchorId="3D18F5B6" wp14:editId="0197181E">
            <wp:extent cx="2066543" cy="1517903"/>
            <wp:effectExtent l="0" t="0" r="0" b="0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ult_14_1.png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2066543" cy="15179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7C94C9" w14:textId="77777777" w:rsidR="00951EFD" w:rsidRDefault="00951EFD">
      <w:pPr>
        <w:pStyle w:val="BodyText"/>
      </w:pPr>
    </w:p>
    <w:p w14:paraId="100BB5D1" w14:textId="371487DC" w:rsidR="00951EFD" w:rsidRDefault="00945E1C" w:rsidP="009D006F">
      <w:r>
        <w:rPr>
          <w:noProof/>
        </w:rPr>
        <w:drawing>
          <wp:inline distT="0" distB="0" distL="0" distR="0" wp14:anchorId="1C84F7F0" wp14:editId="34287F24">
            <wp:extent cx="2066543" cy="1517903"/>
            <wp:effectExtent l="0" t="0" r="0" b="0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ult_14_2.png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2066543" cy="15179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951EFD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19158F"/>
    <w:rsid w:val="00274B0F"/>
    <w:rsid w:val="0029639D"/>
    <w:rsid w:val="00326F90"/>
    <w:rsid w:val="0034224C"/>
    <w:rsid w:val="006C6A19"/>
    <w:rsid w:val="00945E1C"/>
    <w:rsid w:val="00951EFD"/>
    <w:rsid w:val="009D006F"/>
    <w:rsid w:val="00A2471B"/>
    <w:rsid w:val="00AA1D8D"/>
    <w:rsid w:val="00B05A60"/>
    <w:rsid w:val="00B47730"/>
    <w:rsid w:val="00C66CAC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FAEC053"/>
  <w14:defaultImageDpi w14:val="300"/>
  <w15:docId w15:val="{2893707E-7F19-4F84-A294-0A95743503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21" Type="http://schemas.openxmlformats.org/officeDocument/2006/relationships/image" Target="media/image16.png"/><Relationship Id="rId34" Type="http://schemas.openxmlformats.org/officeDocument/2006/relationships/image" Target="media/image29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image" Target="media/image28.png"/><Relationship Id="rId2" Type="http://schemas.openxmlformats.org/officeDocument/2006/relationships/numbering" Target="numbering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image" Target="media/image24.png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32" Type="http://schemas.openxmlformats.org/officeDocument/2006/relationships/image" Target="media/image27.png"/><Relationship Id="rId37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36" Type="http://schemas.openxmlformats.org/officeDocument/2006/relationships/fontTable" Target="fontTable.xml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31" Type="http://schemas.openxmlformats.org/officeDocument/2006/relationships/image" Target="media/image26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image" Target="media/image25.png"/><Relationship Id="rId35" Type="http://schemas.openxmlformats.org/officeDocument/2006/relationships/image" Target="media/image30.png"/><Relationship Id="rId8" Type="http://schemas.openxmlformats.org/officeDocument/2006/relationships/image" Target="media/image3.png"/><Relationship Id="rId3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15</Pages>
  <Words>765</Words>
  <Characters>4366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5121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logic</cp:lastModifiedBy>
  <cp:revision>10</cp:revision>
  <dcterms:created xsi:type="dcterms:W3CDTF">2013-12-23T23:15:00Z</dcterms:created>
  <dcterms:modified xsi:type="dcterms:W3CDTF">2024-04-16T03:38:00Z</dcterms:modified>
  <cp:category/>
</cp:coreProperties>
</file>